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4B07" w14:textId="77777777" w:rsidR="00FB78F8" w:rsidRDefault="00000000">
      <w:pPr>
        <w:jc w:val="center"/>
      </w:pPr>
      <w:r>
        <w:rPr>
          <w:b/>
          <w:sz w:val="26"/>
        </w:rPr>
        <w:t>WERKBOEK</w:t>
      </w:r>
    </w:p>
    <w:p w14:paraId="4B8C3365" w14:textId="77777777" w:rsidR="00FB78F8" w:rsidRDefault="00000000">
      <w:pPr>
        <w:jc w:val="center"/>
      </w:pPr>
      <w:r>
        <w:rPr>
          <w:b/>
          <w:sz w:val="64"/>
        </w:rPr>
        <w:t>Rouw &amp; Verlies</w:t>
      </w:r>
    </w:p>
    <w:p w14:paraId="5C9C858D" w14:textId="77777777" w:rsidR="00FB78F8" w:rsidRDefault="00000000">
      <w:pPr>
        <w:jc w:val="center"/>
      </w:pPr>
      <w:r>
        <w:rPr>
          <w:sz w:val="28"/>
        </w:rPr>
        <w:t>Een persoonlijk werkboek om stil te staan bij wat je bent kwijtgeraakt,</w:t>
      </w:r>
      <w:r>
        <w:rPr>
          <w:sz w:val="28"/>
        </w:rPr>
        <w:br/>
        <w:t>wat je voelt en hoe je verder kunt leven.</w:t>
      </w:r>
    </w:p>
    <w:p w14:paraId="7BBC6695" w14:textId="77777777" w:rsidR="00FB78F8" w:rsidRDefault="00000000">
      <w:r>
        <w:br/>
      </w:r>
    </w:p>
    <w:tbl>
      <w:tblPr>
        <w:tblW w:w="0" w:type="auto"/>
        <w:jc w:val="center"/>
        <w:tblLook w:val="04A0" w:firstRow="1" w:lastRow="0" w:firstColumn="1" w:lastColumn="0" w:noHBand="0" w:noVBand="1"/>
      </w:tblPr>
      <w:tblGrid>
        <w:gridCol w:w="4873"/>
        <w:gridCol w:w="4873"/>
      </w:tblGrid>
      <w:tr w:rsidR="00FB78F8" w14:paraId="5CFE1FB1" w14:textId="77777777">
        <w:trPr>
          <w:jc w:val="center"/>
        </w:trPr>
        <w:tc>
          <w:tcPr>
            <w:tcW w:w="4873" w:type="dxa"/>
            <w:shd w:val="clear" w:color="auto" w:fill="F1E8E3"/>
          </w:tcPr>
          <w:p w14:paraId="05B865B5" w14:textId="77777777" w:rsidR="00FB78F8" w:rsidRDefault="00000000">
            <w:r>
              <w:t>Naam</w:t>
            </w:r>
          </w:p>
        </w:tc>
        <w:tc>
          <w:tcPr>
            <w:tcW w:w="4873" w:type="dxa"/>
          </w:tcPr>
          <w:p w14:paraId="0E2282BC" w14:textId="77777777" w:rsidR="00FB78F8" w:rsidRDefault="00000000">
            <w:r>
              <w:t>________________________________</w:t>
            </w:r>
          </w:p>
        </w:tc>
      </w:tr>
      <w:tr w:rsidR="00FB78F8" w14:paraId="36052C7D" w14:textId="77777777">
        <w:trPr>
          <w:jc w:val="center"/>
        </w:trPr>
        <w:tc>
          <w:tcPr>
            <w:tcW w:w="4873" w:type="dxa"/>
            <w:shd w:val="clear" w:color="auto" w:fill="F1E8E3"/>
          </w:tcPr>
          <w:p w14:paraId="1C12A863" w14:textId="77777777" w:rsidR="00FB78F8" w:rsidRDefault="00000000">
            <w:r>
              <w:t>Datum</w:t>
            </w:r>
          </w:p>
        </w:tc>
        <w:tc>
          <w:tcPr>
            <w:tcW w:w="4873" w:type="dxa"/>
          </w:tcPr>
          <w:p w14:paraId="12D2A4B3" w14:textId="77777777" w:rsidR="00FB78F8" w:rsidRDefault="00000000">
            <w:r>
              <w:t>________________________________</w:t>
            </w:r>
          </w:p>
        </w:tc>
      </w:tr>
      <w:tr w:rsidR="00FB78F8" w14:paraId="5CD9B8DB" w14:textId="77777777">
        <w:trPr>
          <w:jc w:val="center"/>
        </w:trPr>
        <w:tc>
          <w:tcPr>
            <w:tcW w:w="4873" w:type="dxa"/>
            <w:shd w:val="clear" w:color="auto" w:fill="F1E8E3"/>
          </w:tcPr>
          <w:p w14:paraId="7F88797E" w14:textId="77777777" w:rsidR="00FB78F8" w:rsidRDefault="00000000">
            <w:r>
              <w:t>Begeleider</w:t>
            </w:r>
          </w:p>
        </w:tc>
        <w:tc>
          <w:tcPr>
            <w:tcW w:w="4873" w:type="dxa"/>
          </w:tcPr>
          <w:p w14:paraId="31A9DEEB" w14:textId="77777777" w:rsidR="00FB78F8" w:rsidRDefault="00000000">
            <w:r>
              <w:t>________________________________</w:t>
            </w:r>
          </w:p>
        </w:tc>
      </w:tr>
    </w:tbl>
    <w:p w14:paraId="2795A172" w14:textId="77777777" w:rsidR="00FB78F8" w:rsidRDefault="00000000">
      <w:r>
        <w:br/>
      </w:r>
    </w:p>
    <w:p w14:paraId="325F5DDE" w14:textId="77777777" w:rsidR="00FB78F8" w:rsidRDefault="00000000">
      <w:pPr>
        <w:jc w:val="center"/>
      </w:pPr>
      <w:r>
        <w:rPr>
          <w:i/>
        </w:rPr>
        <w:t>Dit werkboek is van mij.</w:t>
      </w:r>
      <w:r>
        <w:br/>
        <w:t>Ik hoef niets sneller te verwerken dan voor mij klopt.</w:t>
      </w:r>
    </w:p>
    <w:p w14:paraId="0FA0E41E" w14:textId="77777777" w:rsidR="00FB78F8" w:rsidRDefault="00000000">
      <w:r>
        <w:br w:type="page"/>
      </w:r>
    </w:p>
    <w:p w14:paraId="2A5C1DE7" w14:textId="77777777" w:rsidR="00FB78F8" w:rsidRDefault="00000000">
      <w:pPr>
        <w:pStyle w:val="Kop1"/>
      </w:pPr>
      <w:r>
        <w:lastRenderedPageBreak/>
        <w:t>Voor je begint</w:t>
      </w:r>
    </w:p>
    <w:p w14:paraId="2AF3F9F1" w14:textId="77777777" w:rsidR="00FB78F8" w:rsidRDefault="00000000">
      <w:r>
        <w:t>Rouw is geen vast proces met een begin, een midden en een duidelijk einde. Iedereen rouwt anders. Soms is er verdriet, maar rouw kan ook bestaan uit boosheid, schuldgevoel, opluchting, angst, leegte, verwarring of juist helemaal niets voelen.</w:t>
      </w:r>
    </w:p>
    <w:p w14:paraId="6CC84FEA" w14:textId="77777777" w:rsidR="00FB78F8" w:rsidRDefault="00000000">
      <w:r>
        <w:t>Dit werkboek helpt je om woorden te geven aan wat er is gebeurd, aandacht te hebben voor wat je nodig hebt en stap voor stap te onderzoeken hoe je verder wilt. Je hoeft niet alle oefeningen te maken. Kies wat op dit moment passend voelt.</w:t>
      </w:r>
    </w:p>
    <w:tbl>
      <w:tblPr>
        <w:tblW w:w="0" w:type="auto"/>
        <w:jc w:val="center"/>
        <w:tblLook w:val="04A0" w:firstRow="1" w:lastRow="0" w:firstColumn="1" w:lastColumn="0" w:noHBand="0" w:noVBand="1"/>
      </w:tblPr>
      <w:tblGrid>
        <w:gridCol w:w="9746"/>
      </w:tblGrid>
      <w:tr w:rsidR="00FB78F8" w14:paraId="7B5BC4A4" w14:textId="77777777">
        <w:trPr>
          <w:jc w:val="center"/>
        </w:trPr>
        <w:tc>
          <w:tcPr>
            <w:tcW w:w="9746" w:type="dxa"/>
            <w:shd w:val="clear" w:color="auto" w:fill="F1E8E3"/>
            <w:vAlign w:val="center"/>
          </w:tcPr>
          <w:p w14:paraId="5BAEBB24" w14:textId="77777777" w:rsidR="00FB78F8" w:rsidRDefault="00000000">
            <w:r>
              <w:rPr>
                <w:b/>
              </w:rPr>
              <w:t>Mijn afspraak met mezelf</w:t>
            </w:r>
            <w:r>
              <w:br/>
              <w:t>Wat heb ik nodig om dit werkboek op een veilige en helpende manier te gebruiken?</w:t>
            </w:r>
          </w:p>
          <w:p w14:paraId="594E4D16" w14:textId="77777777" w:rsidR="00FB78F8" w:rsidRDefault="00000000">
            <w:r>
              <w:t>____________________________________________________________</w:t>
            </w:r>
          </w:p>
          <w:p w14:paraId="2BF02C3F" w14:textId="77777777" w:rsidR="00FB78F8" w:rsidRDefault="00000000">
            <w:r>
              <w:t>____________________________________________________________</w:t>
            </w:r>
          </w:p>
          <w:p w14:paraId="37DE2BE7" w14:textId="77777777" w:rsidR="00FB78F8" w:rsidRDefault="00000000">
            <w:r>
              <w:t>____________________________________________________________</w:t>
            </w:r>
          </w:p>
          <w:p w14:paraId="61470D8A" w14:textId="77777777" w:rsidR="00FB78F8" w:rsidRDefault="00000000">
            <w:r>
              <w:t>____________________________________________________________</w:t>
            </w:r>
          </w:p>
          <w:p w14:paraId="7DDF520D" w14:textId="77777777" w:rsidR="00FB78F8" w:rsidRDefault="00000000">
            <w:r>
              <w:t>____________________________________________________________</w:t>
            </w:r>
          </w:p>
        </w:tc>
      </w:tr>
    </w:tbl>
    <w:p w14:paraId="0A93B49A" w14:textId="77777777" w:rsidR="00FB78F8" w:rsidRDefault="00FB78F8"/>
    <w:p w14:paraId="5F843682" w14:textId="77777777" w:rsidR="00FB78F8" w:rsidRDefault="00000000">
      <w:pPr>
        <w:pStyle w:val="Kop2"/>
      </w:pPr>
      <w:r>
        <w:t>Belangrijk om te onthouden</w:t>
      </w:r>
    </w:p>
    <w:p w14:paraId="6E2C0CC3" w14:textId="77777777" w:rsidR="00FB78F8" w:rsidRDefault="00000000">
      <w:pPr>
        <w:pStyle w:val="Lijstopsomteken"/>
      </w:pPr>
      <w:r>
        <w:t>Er is geen goede of foute manier om te rouwen.</w:t>
      </w:r>
    </w:p>
    <w:p w14:paraId="2AF2987E" w14:textId="77777777" w:rsidR="00FB78F8" w:rsidRDefault="00000000">
      <w:pPr>
        <w:pStyle w:val="Lijstopsomteken"/>
      </w:pPr>
      <w:r>
        <w:t>Een goede dag betekent niet dat je niet meer rouwt.</w:t>
      </w:r>
    </w:p>
    <w:p w14:paraId="37D0D2CB" w14:textId="77777777" w:rsidR="00FB78F8" w:rsidRDefault="00000000">
      <w:pPr>
        <w:pStyle w:val="Lijstopsomteken"/>
      </w:pPr>
      <w:r>
        <w:t>Een moeilijke dag betekent niet dat je terug bij af bent.</w:t>
      </w:r>
    </w:p>
    <w:p w14:paraId="6133985A" w14:textId="77777777" w:rsidR="00FB78F8" w:rsidRDefault="00000000">
      <w:pPr>
        <w:pStyle w:val="Lijstopsomteken"/>
      </w:pPr>
      <w:r>
        <w:t>Verder leven betekent niet dat je moet vergeten.</w:t>
      </w:r>
    </w:p>
    <w:p w14:paraId="13689009" w14:textId="77777777" w:rsidR="00FB78F8" w:rsidRDefault="00000000">
      <w:pPr>
        <w:pStyle w:val="Lijstopsomteken"/>
      </w:pPr>
      <w:r>
        <w:t>Je mag steun vragen.</w:t>
      </w:r>
    </w:p>
    <w:p w14:paraId="2D6A6CDB" w14:textId="77777777" w:rsidR="00FB78F8" w:rsidRDefault="00000000">
      <w:r>
        <w:br w:type="page"/>
      </w:r>
    </w:p>
    <w:p w14:paraId="66DEE140" w14:textId="77777777" w:rsidR="00FB78F8" w:rsidRDefault="00000000">
      <w:pPr>
        <w:pStyle w:val="Kop1"/>
      </w:pPr>
      <w:r>
        <w:lastRenderedPageBreak/>
        <w:t>1. Mijn verlies</w:t>
      </w:r>
    </w:p>
    <w:p w14:paraId="0F745056" w14:textId="77777777" w:rsidR="00FB78F8" w:rsidRDefault="00000000">
      <w:r>
        <w:t>Voordat je kunt onderzoeken hoe je verder wilt, is het belangrijk om woorden te geven aan wat je bent kwijtgeraakt.</w:t>
      </w:r>
    </w:p>
    <w:tbl>
      <w:tblPr>
        <w:tblW w:w="0" w:type="auto"/>
        <w:jc w:val="center"/>
        <w:tblLook w:val="04A0" w:firstRow="1" w:lastRow="0" w:firstColumn="1" w:lastColumn="0" w:noHBand="0" w:noVBand="1"/>
      </w:tblPr>
      <w:tblGrid>
        <w:gridCol w:w="9746"/>
      </w:tblGrid>
      <w:tr w:rsidR="00FB78F8" w14:paraId="55900514" w14:textId="77777777">
        <w:trPr>
          <w:jc w:val="center"/>
        </w:trPr>
        <w:tc>
          <w:tcPr>
            <w:tcW w:w="9746" w:type="dxa"/>
            <w:shd w:val="clear" w:color="auto" w:fill="F1E8E3"/>
            <w:vAlign w:val="center"/>
          </w:tcPr>
          <w:p w14:paraId="7C3A9EEC" w14:textId="77777777" w:rsidR="00FB78F8" w:rsidRDefault="00000000">
            <w:r>
              <w:rPr>
                <w:b/>
              </w:rPr>
              <w:t>Wat is er gebeurd?</w:t>
            </w:r>
            <w:r>
              <w:br/>
              <w:t>Beschrijf in je eigen woorden wat er is gebeurd. Schrijf alleen op wat je nu kunt en wilt vertellen.</w:t>
            </w:r>
          </w:p>
          <w:p w14:paraId="6FEFBFF7" w14:textId="77777777" w:rsidR="00FB78F8" w:rsidRDefault="00000000">
            <w:r>
              <w:t>____________________________________________________________</w:t>
            </w:r>
          </w:p>
          <w:p w14:paraId="5BA446DD" w14:textId="77777777" w:rsidR="00FB78F8" w:rsidRDefault="00000000">
            <w:r>
              <w:t>____________________________________________________________</w:t>
            </w:r>
          </w:p>
          <w:p w14:paraId="483F67EC" w14:textId="77777777" w:rsidR="00FB78F8" w:rsidRDefault="00000000">
            <w:r>
              <w:t>____________________________________________________________</w:t>
            </w:r>
          </w:p>
          <w:p w14:paraId="4382A831" w14:textId="77777777" w:rsidR="00FB78F8" w:rsidRDefault="00000000">
            <w:r>
              <w:t>____________________________________________________________</w:t>
            </w:r>
          </w:p>
          <w:p w14:paraId="067B4961" w14:textId="77777777" w:rsidR="00FB78F8" w:rsidRDefault="00000000">
            <w:r>
              <w:t>____________________________________________________________</w:t>
            </w:r>
          </w:p>
          <w:p w14:paraId="42BABF17" w14:textId="77777777" w:rsidR="00FB78F8" w:rsidRDefault="00000000">
            <w:r>
              <w:t>____________________________________________________________</w:t>
            </w:r>
          </w:p>
          <w:p w14:paraId="1141BFAF" w14:textId="77777777" w:rsidR="00FB78F8" w:rsidRDefault="00000000">
            <w:r>
              <w:t>____________________________________________________________</w:t>
            </w:r>
          </w:p>
          <w:p w14:paraId="22634663" w14:textId="77777777" w:rsidR="00FB78F8" w:rsidRDefault="00000000">
            <w:r>
              <w:t>____________________________________________________________</w:t>
            </w:r>
          </w:p>
        </w:tc>
      </w:tr>
    </w:tbl>
    <w:p w14:paraId="111FA430" w14:textId="77777777" w:rsidR="00FB78F8" w:rsidRDefault="00FB78F8"/>
    <w:tbl>
      <w:tblPr>
        <w:tblW w:w="0" w:type="auto"/>
        <w:jc w:val="center"/>
        <w:tblLook w:val="04A0" w:firstRow="1" w:lastRow="0" w:firstColumn="1" w:lastColumn="0" w:noHBand="0" w:noVBand="1"/>
      </w:tblPr>
      <w:tblGrid>
        <w:gridCol w:w="9746"/>
      </w:tblGrid>
      <w:tr w:rsidR="00FB78F8" w14:paraId="2D2C322D" w14:textId="77777777">
        <w:trPr>
          <w:jc w:val="center"/>
        </w:trPr>
        <w:tc>
          <w:tcPr>
            <w:tcW w:w="9746" w:type="dxa"/>
            <w:shd w:val="clear" w:color="auto" w:fill="F1E8E3"/>
            <w:vAlign w:val="center"/>
          </w:tcPr>
          <w:p w14:paraId="05EA89B3" w14:textId="77777777" w:rsidR="00FB78F8" w:rsidRDefault="00000000">
            <w:r>
              <w:rPr>
                <w:b/>
              </w:rPr>
              <w:t>Wat ben ik kwijtgeraakt?</w:t>
            </w:r>
            <w:r>
              <w:br/>
              <w:t>Denk niet alleen aan een persoon. Wat is er nog meer veranderd of verdwenen?</w:t>
            </w:r>
          </w:p>
          <w:p w14:paraId="11B15DB7" w14:textId="77777777" w:rsidR="00FB78F8" w:rsidRDefault="00000000">
            <w:r>
              <w:t>____________________________________________________________</w:t>
            </w:r>
          </w:p>
          <w:p w14:paraId="5C64E61C" w14:textId="77777777" w:rsidR="00FB78F8" w:rsidRDefault="00000000">
            <w:r>
              <w:t>____________________________________________________________</w:t>
            </w:r>
          </w:p>
          <w:p w14:paraId="25DC9598" w14:textId="77777777" w:rsidR="00FB78F8" w:rsidRDefault="00000000">
            <w:r>
              <w:t>____________________________________________________________</w:t>
            </w:r>
          </w:p>
          <w:p w14:paraId="1A639E65" w14:textId="77777777" w:rsidR="00FB78F8" w:rsidRDefault="00000000">
            <w:r>
              <w:t>____________________________________________________________</w:t>
            </w:r>
          </w:p>
          <w:p w14:paraId="7AC048AD" w14:textId="77777777" w:rsidR="00FB78F8" w:rsidRDefault="00000000">
            <w:r>
              <w:t>____________________________________________________________</w:t>
            </w:r>
          </w:p>
          <w:p w14:paraId="3DB119B2" w14:textId="77777777" w:rsidR="00FB78F8" w:rsidRDefault="00000000">
            <w:r>
              <w:t>____________________________________________________________</w:t>
            </w:r>
          </w:p>
          <w:p w14:paraId="4E339D73" w14:textId="77777777" w:rsidR="00FB78F8" w:rsidRDefault="00000000">
            <w:r>
              <w:t>____________________________________________________________</w:t>
            </w:r>
          </w:p>
        </w:tc>
      </w:tr>
    </w:tbl>
    <w:p w14:paraId="138DA352" w14:textId="77777777" w:rsidR="00FB78F8" w:rsidRDefault="00FB78F8"/>
    <w:tbl>
      <w:tblPr>
        <w:tblW w:w="0" w:type="auto"/>
        <w:jc w:val="center"/>
        <w:tblLook w:val="04A0" w:firstRow="1" w:lastRow="0" w:firstColumn="1" w:lastColumn="0" w:noHBand="0" w:noVBand="1"/>
      </w:tblPr>
      <w:tblGrid>
        <w:gridCol w:w="9746"/>
      </w:tblGrid>
      <w:tr w:rsidR="00FB78F8" w14:paraId="4FFF9F2B" w14:textId="77777777">
        <w:trPr>
          <w:jc w:val="center"/>
        </w:trPr>
        <w:tc>
          <w:tcPr>
            <w:tcW w:w="9746" w:type="dxa"/>
            <w:shd w:val="clear" w:color="auto" w:fill="F1E8E3"/>
            <w:vAlign w:val="center"/>
          </w:tcPr>
          <w:p w14:paraId="3BBF3264" w14:textId="77777777" w:rsidR="00FB78F8" w:rsidRDefault="00000000">
            <w:r>
              <w:br/>
              <w:t>Ik mis vooral…</w:t>
            </w:r>
          </w:p>
          <w:p w14:paraId="30FD099C" w14:textId="77777777" w:rsidR="00FB78F8" w:rsidRDefault="00000000">
            <w:r>
              <w:t>____________________________________________________________</w:t>
            </w:r>
          </w:p>
          <w:p w14:paraId="766672FF" w14:textId="77777777" w:rsidR="00FB78F8" w:rsidRDefault="00000000">
            <w:r>
              <w:t>____________________________________________________________</w:t>
            </w:r>
          </w:p>
          <w:p w14:paraId="53568BDC" w14:textId="77777777" w:rsidR="00FB78F8" w:rsidRDefault="00000000">
            <w:r>
              <w:lastRenderedPageBreak/>
              <w:t>____________________________________________________________</w:t>
            </w:r>
          </w:p>
          <w:p w14:paraId="3A404E10" w14:textId="77777777" w:rsidR="00FB78F8" w:rsidRDefault="00000000">
            <w:r>
              <w:t>____________________________________________________________</w:t>
            </w:r>
          </w:p>
        </w:tc>
      </w:tr>
    </w:tbl>
    <w:p w14:paraId="1C8A08EB" w14:textId="77777777" w:rsidR="00FB78F8" w:rsidRDefault="00FB78F8"/>
    <w:tbl>
      <w:tblPr>
        <w:tblW w:w="0" w:type="auto"/>
        <w:jc w:val="center"/>
        <w:tblLook w:val="04A0" w:firstRow="1" w:lastRow="0" w:firstColumn="1" w:lastColumn="0" w:noHBand="0" w:noVBand="1"/>
      </w:tblPr>
      <w:tblGrid>
        <w:gridCol w:w="9746"/>
      </w:tblGrid>
      <w:tr w:rsidR="00FB78F8" w14:paraId="1BA9168B" w14:textId="77777777">
        <w:trPr>
          <w:jc w:val="center"/>
        </w:trPr>
        <w:tc>
          <w:tcPr>
            <w:tcW w:w="9746" w:type="dxa"/>
            <w:shd w:val="clear" w:color="auto" w:fill="F1E8E3"/>
            <w:vAlign w:val="center"/>
          </w:tcPr>
          <w:p w14:paraId="7684E01B" w14:textId="77777777" w:rsidR="00FB78F8" w:rsidRDefault="00000000">
            <w:r>
              <w:br/>
              <w:t>Mijn leven is veranderd doordat…</w:t>
            </w:r>
          </w:p>
          <w:p w14:paraId="6296699D" w14:textId="77777777" w:rsidR="00FB78F8" w:rsidRDefault="00000000">
            <w:r>
              <w:t>____________________________________________________________</w:t>
            </w:r>
          </w:p>
          <w:p w14:paraId="3F5E84FA" w14:textId="77777777" w:rsidR="00FB78F8" w:rsidRDefault="00000000">
            <w:r>
              <w:t>____________________________________________________________</w:t>
            </w:r>
          </w:p>
          <w:p w14:paraId="2820359A" w14:textId="77777777" w:rsidR="00FB78F8" w:rsidRDefault="00000000">
            <w:r>
              <w:t>____________________________________________________________</w:t>
            </w:r>
          </w:p>
          <w:p w14:paraId="76B5130F" w14:textId="77777777" w:rsidR="00FB78F8" w:rsidRDefault="00000000">
            <w:r>
              <w:t>____________________________________________________________</w:t>
            </w:r>
          </w:p>
        </w:tc>
      </w:tr>
    </w:tbl>
    <w:p w14:paraId="40D2A225" w14:textId="77777777" w:rsidR="00FB78F8" w:rsidRDefault="00FB78F8"/>
    <w:tbl>
      <w:tblPr>
        <w:tblW w:w="0" w:type="auto"/>
        <w:jc w:val="center"/>
        <w:tblLook w:val="04A0" w:firstRow="1" w:lastRow="0" w:firstColumn="1" w:lastColumn="0" w:noHBand="0" w:noVBand="1"/>
      </w:tblPr>
      <w:tblGrid>
        <w:gridCol w:w="9746"/>
      </w:tblGrid>
      <w:tr w:rsidR="00FB78F8" w14:paraId="4BA678BC" w14:textId="77777777">
        <w:trPr>
          <w:jc w:val="center"/>
        </w:trPr>
        <w:tc>
          <w:tcPr>
            <w:tcW w:w="9746" w:type="dxa"/>
            <w:shd w:val="clear" w:color="auto" w:fill="F1E8E3"/>
            <w:vAlign w:val="center"/>
          </w:tcPr>
          <w:p w14:paraId="6BA34280" w14:textId="77777777" w:rsidR="00FB78F8" w:rsidRDefault="00000000">
            <w:r>
              <w:br/>
              <w:t>Wat anderen misschien niet zien, maar wat voor mij wel een verlies is…</w:t>
            </w:r>
          </w:p>
          <w:p w14:paraId="713B1944" w14:textId="77777777" w:rsidR="00FB78F8" w:rsidRDefault="00000000">
            <w:r>
              <w:t>____________________________________________________________</w:t>
            </w:r>
          </w:p>
          <w:p w14:paraId="03452DC8" w14:textId="77777777" w:rsidR="00FB78F8" w:rsidRDefault="00000000">
            <w:r>
              <w:t>____________________________________________________________</w:t>
            </w:r>
          </w:p>
          <w:p w14:paraId="0FFA10AD" w14:textId="77777777" w:rsidR="00FB78F8" w:rsidRDefault="00000000">
            <w:r>
              <w:t>____________________________________________________________</w:t>
            </w:r>
          </w:p>
          <w:p w14:paraId="075E671D" w14:textId="77777777" w:rsidR="00FB78F8" w:rsidRDefault="00000000">
            <w:r>
              <w:t>____________________________________________________________</w:t>
            </w:r>
          </w:p>
        </w:tc>
      </w:tr>
    </w:tbl>
    <w:p w14:paraId="4C729CC9" w14:textId="77777777" w:rsidR="00FB78F8" w:rsidRDefault="00FB78F8"/>
    <w:p w14:paraId="63F5B8B6" w14:textId="77777777" w:rsidR="00FB78F8" w:rsidRDefault="00000000">
      <w:r>
        <w:br w:type="page"/>
      </w:r>
    </w:p>
    <w:p w14:paraId="64BC1B52" w14:textId="77777777" w:rsidR="00FB78F8" w:rsidRDefault="00000000">
      <w:pPr>
        <w:pStyle w:val="Kop1"/>
      </w:pPr>
      <w:r>
        <w:lastRenderedPageBreak/>
        <w:t>2. Mijn rouw herkennen</w:t>
      </w:r>
    </w:p>
    <w:p w14:paraId="1F7106A3" w14:textId="77777777" w:rsidR="00FB78F8" w:rsidRDefault="00000000">
      <w:r>
        <w:t>Rouw kan zich op verschillende manieren uiten. Het ene moment kan een emotie sterk aanwezig zijn en later weer verdwijnen. Hieronder kun je onderzoeken wat jij herkent.</w:t>
      </w:r>
    </w:p>
    <w:tbl>
      <w:tblPr>
        <w:tblW w:w="0" w:type="auto"/>
        <w:jc w:val="center"/>
        <w:tblLook w:val="04A0" w:firstRow="1" w:lastRow="0" w:firstColumn="1" w:lastColumn="0" w:noHBand="0" w:noVBand="1"/>
      </w:tblPr>
      <w:tblGrid>
        <w:gridCol w:w="3224"/>
        <w:gridCol w:w="3215"/>
        <w:gridCol w:w="3307"/>
      </w:tblGrid>
      <w:tr w:rsidR="00FB78F8" w14:paraId="6389CAA9" w14:textId="77777777">
        <w:trPr>
          <w:jc w:val="center"/>
        </w:trPr>
        <w:tc>
          <w:tcPr>
            <w:tcW w:w="3249" w:type="dxa"/>
            <w:shd w:val="clear" w:color="auto" w:fill="F1E8E3"/>
          </w:tcPr>
          <w:p w14:paraId="4E1859A1" w14:textId="77777777" w:rsidR="00FB78F8" w:rsidRDefault="00000000">
            <w:r>
              <w:t>Gebied</w:t>
            </w:r>
          </w:p>
        </w:tc>
        <w:tc>
          <w:tcPr>
            <w:tcW w:w="3249" w:type="dxa"/>
            <w:shd w:val="clear" w:color="auto" w:fill="F1E8E3"/>
          </w:tcPr>
          <w:p w14:paraId="17335B18" w14:textId="77777777" w:rsidR="00FB78F8" w:rsidRDefault="00000000">
            <w:r>
              <w:t>Wat herken ik?</w:t>
            </w:r>
          </w:p>
        </w:tc>
        <w:tc>
          <w:tcPr>
            <w:tcW w:w="3249" w:type="dxa"/>
            <w:shd w:val="clear" w:color="auto" w:fill="F1E8E3"/>
          </w:tcPr>
          <w:p w14:paraId="283A66E3" w14:textId="77777777" w:rsidR="00FB78F8" w:rsidRDefault="00000000">
            <w:r>
              <w:t>Wat merk ik bij mezelf?</w:t>
            </w:r>
          </w:p>
        </w:tc>
      </w:tr>
      <w:tr w:rsidR="00FB78F8" w14:paraId="42A7DFB3" w14:textId="77777777">
        <w:trPr>
          <w:jc w:val="center"/>
        </w:trPr>
        <w:tc>
          <w:tcPr>
            <w:tcW w:w="3249" w:type="dxa"/>
          </w:tcPr>
          <w:p w14:paraId="38309813" w14:textId="77777777" w:rsidR="00FB78F8" w:rsidRDefault="00000000">
            <w:r>
              <w:t>Verdriet / huilen</w:t>
            </w:r>
          </w:p>
        </w:tc>
        <w:tc>
          <w:tcPr>
            <w:tcW w:w="3249" w:type="dxa"/>
          </w:tcPr>
          <w:p w14:paraId="3B46F335" w14:textId="77777777" w:rsidR="00FB78F8" w:rsidRDefault="00000000">
            <w:r>
              <w:t>☐ veel  ☐ soms  ☐ weinig  ☐ niet</w:t>
            </w:r>
          </w:p>
        </w:tc>
        <w:tc>
          <w:tcPr>
            <w:tcW w:w="3249" w:type="dxa"/>
          </w:tcPr>
          <w:p w14:paraId="2BED1E15" w14:textId="77777777" w:rsidR="00FB78F8" w:rsidRDefault="00000000">
            <w:r>
              <w:t>________________________________</w:t>
            </w:r>
          </w:p>
        </w:tc>
      </w:tr>
      <w:tr w:rsidR="00FB78F8" w14:paraId="45592641" w14:textId="77777777">
        <w:trPr>
          <w:jc w:val="center"/>
        </w:trPr>
        <w:tc>
          <w:tcPr>
            <w:tcW w:w="3249" w:type="dxa"/>
          </w:tcPr>
          <w:p w14:paraId="3D3DA839" w14:textId="77777777" w:rsidR="00FB78F8" w:rsidRDefault="00000000">
            <w:r>
              <w:t>Boosheid / irritatie</w:t>
            </w:r>
          </w:p>
        </w:tc>
        <w:tc>
          <w:tcPr>
            <w:tcW w:w="3249" w:type="dxa"/>
          </w:tcPr>
          <w:p w14:paraId="016B7684" w14:textId="77777777" w:rsidR="00FB78F8" w:rsidRDefault="00000000">
            <w:r>
              <w:t>☐ veel  ☐ soms  ☐ weinig  ☐ niet</w:t>
            </w:r>
          </w:p>
        </w:tc>
        <w:tc>
          <w:tcPr>
            <w:tcW w:w="3249" w:type="dxa"/>
          </w:tcPr>
          <w:p w14:paraId="12AE5755" w14:textId="77777777" w:rsidR="00FB78F8" w:rsidRDefault="00000000">
            <w:r>
              <w:t>________________________________</w:t>
            </w:r>
          </w:p>
        </w:tc>
      </w:tr>
      <w:tr w:rsidR="00FB78F8" w14:paraId="6F6B829A" w14:textId="77777777">
        <w:trPr>
          <w:jc w:val="center"/>
        </w:trPr>
        <w:tc>
          <w:tcPr>
            <w:tcW w:w="3249" w:type="dxa"/>
          </w:tcPr>
          <w:p w14:paraId="081D70CF" w14:textId="77777777" w:rsidR="00FB78F8" w:rsidRDefault="00000000">
            <w:r>
              <w:t>Angst / onzekerheid</w:t>
            </w:r>
          </w:p>
        </w:tc>
        <w:tc>
          <w:tcPr>
            <w:tcW w:w="3249" w:type="dxa"/>
          </w:tcPr>
          <w:p w14:paraId="6C7D6141" w14:textId="77777777" w:rsidR="00FB78F8" w:rsidRDefault="00000000">
            <w:r>
              <w:t>☐ veel  ☐ soms  ☐ weinig  ☐ niet</w:t>
            </w:r>
          </w:p>
        </w:tc>
        <w:tc>
          <w:tcPr>
            <w:tcW w:w="3249" w:type="dxa"/>
          </w:tcPr>
          <w:p w14:paraId="2108F353" w14:textId="77777777" w:rsidR="00FB78F8" w:rsidRDefault="00000000">
            <w:r>
              <w:t>________________________________</w:t>
            </w:r>
          </w:p>
        </w:tc>
      </w:tr>
      <w:tr w:rsidR="00FB78F8" w14:paraId="31272D00" w14:textId="77777777">
        <w:trPr>
          <w:jc w:val="center"/>
        </w:trPr>
        <w:tc>
          <w:tcPr>
            <w:tcW w:w="3249" w:type="dxa"/>
          </w:tcPr>
          <w:p w14:paraId="0A7E4AC8" w14:textId="77777777" w:rsidR="00FB78F8" w:rsidRDefault="00000000">
            <w:r>
              <w:t>Schuld / spijt</w:t>
            </w:r>
          </w:p>
        </w:tc>
        <w:tc>
          <w:tcPr>
            <w:tcW w:w="3249" w:type="dxa"/>
          </w:tcPr>
          <w:p w14:paraId="2A077F73" w14:textId="77777777" w:rsidR="00FB78F8" w:rsidRDefault="00000000">
            <w:r>
              <w:t>☐ veel  ☐ soms  ☐ weinig  ☐ niet</w:t>
            </w:r>
          </w:p>
        </w:tc>
        <w:tc>
          <w:tcPr>
            <w:tcW w:w="3249" w:type="dxa"/>
          </w:tcPr>
          <w:p w14:paraId="7CB1195E" w14:textId="77777777" w:rsidR="00FB78F8" w:rsidRDefault="00000000">
            <w:r>
              <w:t>________________________________</w:t>
            </w:r>
          </w:p>
        </w:tc>
      </w:tr>
      <w:tr w:rsidR="00FB78F8" w14:paraId="211EBB92" w14:textId="77777777">
        <w:trPr>
          <w:jc w:val="center"/>
        </w:trPr>
        <w:tc>
          <w:tcPr>
            <w:tcW w:w="3249" w:type="dxa"/>
          </w:tcPr>
          <w:p w14:paraId="46F62A99" w14:textId="77777777" w:rsidR="00FB78F8" w:rsidRDefault="00000000">
            <w:r>
              <w:t>Opluchting</w:t>
            </w:r>
          </w:p>
        </w:tc>
        <w:tc>
          <w:tcPr>
            <w:tcW w:w="3249" w:type="dxa"/>
          </w:tcPr>
          <w:p w14:paraId="6CCD0200" w14:textId="77777777" w:rsidR="00FB78F8" w:rsidRDefault="00000000">
            <w:r>
              <w:t>☐ veel  ☐ soms  ☐ weinig  ☐ niet</w:t>
            </w:r>
          </w:p>
        </w:tc>
        <w:tc>
          <w:tcPr>
            <w:tcW w:w="3249" w:type="dxa"/>
          </w:tcPr>
          <w:p w14:paraId="0FD2B2B6" w14:textId="77777777" w:rsidR="00FB78F8" w:rsidRDefault="00000000">
            <w:r>
              <w:t>________________________________</w:t>
            </w:r>
          </w:p>
        </w:tc>
      </w:tr>
      <w:tr w:rsidR="00FB78F8" w14:paraId="46373BDF" w14:textId="77777777">
        <w:trPr>
          <w:jc w:val="center"/>
        </w:trPr>
        <w:tc>
          <w:tcPr>
            <w:tcW w:w="3249" w:type="dxa"/>
          </w:tcPr>
          <w:p w14:paraId="330EA682" w14:textId="77777777" w:rsidR="00FB78F8" w:rsidRDefault="00000000">
            <w:r>
              <w:t>Leegte / verdoving</w:t>
            </w:r>
          </w:p>
        </w:tc>
        <w:tc>
          <w:tcPr>
            <w:tcW w:w="3249" w:type="dxa"/>
          </w:tcPr>
          <w:p w14:paraId="5416943B" w14:textId="77777777" w:rsidR="00FB78F8" w:rsidRDefault="00000000">
            <w:r>
              <w:t>☐ veel  ☐ soms  ☐ weinig  ☐ niet</w:t>
            </w:r>
          </w:p>
        </w:tc>
        <w:tc>
          <w:tcPr>
            <w:tcW w:w="3249" w:type="dxa"/>
          </w:tcPr>
          <w:p w14:paraId="01416E75" w14:textId="77777777" w:rsidR="00FB78F8" w:rsidRDefault="00000000">
            <w:r>
              <w:t>________________________________</w:t>
            </w:r>
          </w:p>
        </w:tc>
      </w:tr>
      <w:tr w:rsidR="00FB78F8" w14:paraId="40646F98" w14:textId="77777777">
        <w:trPr>
          <w:jc w:val="center"/>
        </w:trPr>
        <w:tc>
          <w:tcPr>
            <w:tcW w:w="3249" w:type="dxa"/>
          </w:tcPr>
          <w:p w14:paraId="5000AAC9" w14:textId="77777777" w:rsidR="00FB78F8" w:rsidRDefault="00000000">
            <w:r>
              <w:t>Onrust / piekeren</w:t>
            </w:r>
          </w:p>
        </w:tc>
        <w:tc>
          <w:tcPr>
            <w:tcW w:w="3249" w:type="dxa"/>
          </w:tcPr>
          <w:p w14:paraId="44A4BEFB" w14:textId="77777777" w:rsidR="00FB78F8" w:rsidRDefault="00000000">
            <w:r>
              <w:t>☐ veel  ☐ soms  ☐ weinig  ☐ niet</w:t>
            </w:r>
          </w:p>
        </w:tc>
        <w:tc>
          <w:tcPr>
            <w:tcW w:w="3249" w:type="dxa"/>
          </w:tcPr>
          <w:p w14:paraId="7F3F747A" w14:textId="77777777" w:rsidR="00FB78F8" w:rsidRDefault="00000000">
            <w:r>
              <w:t>________________________________</w:t>
            </w:r>
          </w:p>
        </w:tc>
      </w:tr>
      <w:tr w:rsidR="00FB78F8" w14:paraId="0D7D503A" w14:textId="77777777">
        <w:trPr>
          <w:jc w:val="center"/>
        </w:trPr>
        <w:tc>
          <w:tcPr>
            <w:tcW w:w="3249" w:type="dxa"/>
          </w:tcPr>
          <w:p w14:paraId="6819FD0C" w14:textId="77777777" w:rsidR="00FB78F8" w:rsidRDefault="00000000">
            <w:r>
              <w:t>Vermoeidheid / slecht slapen</w:t>
            </w:r>
          </w:p>
        </w:tc>
        <w:tc>
          <w:tcPr>
            <w:tcW w:w="3249" w:type="dxa"/>
          </w:tcPr>
          <w:p w14:paraId="480DA59A" w14:textId="77777777" w:rsidR="00FB78F8" w:rsidRDefault="00000000">
            <w:r>
              <w:t>☐ veel  ☐ soms  ☐ weinig  ☐ niet</w:t>
            </w:r>
          </w:p>
        </w:tc>
        <w:tc>
          <w:tcPr>
            <w:tcW w:w="3249" w:type="dxa"/>
          </w:tcPr>
          <w:p w14:paraId="4E96E288" w14:textId="77777777" w:rsidR="00FB78F8" w:rsidRDefault="00000000">
            <w:r>
              <w:t>________________________________</w:t>
            </w:r>
          </w:p>
        </w:tc>
      </w:tr>
      <w:tr w:rsidR="00FB78F8" w14:paraId="043AE27D" w14:textId="77777777">
        <w:trPr>
          <w:jc w:val="center"/>
        </w:trPr>
        <w:tc>
          <w:tcPr>
            <w:tcW w:w="3249" w:type="dxa"/>
          </w:tcPr>
          <w:p w14:paraId="1B7B8C3A" w14:textId="77777777" w:rsidR="00FB78F8" w:rsidRDefault="00000000">
            <w:r>
              <w:t>Lichamelijke spanning</w:t>
            </w:r>
          </w:p>
        </w:tc>
        <w:tc>
          <w:tcPr>
            <w:tcW w:w="3249" w:type="dxa"/>
          </w:tcPr>
          <w:p w14:paraId="6DBF47A9" w14:textId="77777777" w:rsidR="00FB78F8" w:rsidRDefault="00000000">
            <w:r>
              <w:t>☐ veel  ☐ soms  ☐ weinig  ☐ niet</w:t>
            </w:r>
          </w:p>
        </w:tc>
        <w:tc>
          <w:tcPr>
            <w:tcW w:w="3249" w:type="dxa"/>
          </w:tcPr>
          <w:p w14:paraId="5E2D203E" w14:textId="77777777" w:rsidR="00FB78F8" w:rsidRDefault="00000000">
            <w:r>
              <w:t>________________________________</w:t>
            </w:r>
          </w:p>
        </w:tc>
      </w:tr>
      <w:tr w:rsidR="00FB78F8" w14:paraId="14023BF6" w14:textId="77777777">
        <w:trPr>
          <w:jc w:val="center"/>
        </w:trPr>
        <w:tc>
          <w:tcPr>
            <w:tcW w:w="3249" w:type="dxa"/>
          </w:tcPr>
          <w:p w14:paraId="620F8177" w14:textId="77777777" w:rsidR="00FB78F8" w:rsidRDefault="00000000">
            <w:r>
              <w:t>Terugtrekken / behoefte aan rust</w:t>
            </w:r>
          </w:p>
        </w:tc>
        <w:tc>
          <w:tcPr>
            <w:tcW w:w="3249" w:type="dxa"/>
          </w:tcPr>
          <w:p w14:paraId="07E6AAF2" w14:textId="77777777" w:rsidR="00FB78F8" w:rsidRDefault="00000000">
            <w:r>
              <w:t>☐ veel  ☐ soms  ☐ weinig  ☐ niet</w:t>
            </w:r>
          </w:p>
        </w:tc>
        <w:tc>
          <w:tcPr>
            <w:tcW w:w="3249" w:type="dxa"/>
          </w:tcPr>
          <w:p w14:paraId="3738AAEE" w14:textId="77777777" w:rsidR="00FB78F8" w:rsidRDefault="00000000">
            <w:r>
              <w:t>________________________________</w:t>
            </w:r>
          </w:p>
        </w:tc>
      </w:tr>
    </w:tbl>
    <w:p w14:paraId="34C31B7E" w14:textId="77777777" w:rsidR="00FB78F8" w:rsidRDefault="00FB78F8"/>
    <w:p w14:paraId="3C02836B" w14:textId="77777777" w:rsidR="00FB78F8" w:rsidRDefault="00000000">
      <w:r>
        <w:rPr>
          <w:b/>
        </w:rPr>
        <w:t>Hoeveel ruimte neemt mijn rouw op dit moment in?</w:t>
      </w:r>
      <w:r>
        <w:rPr>
          <w:b/>
        </w:rPr>
        <w:br/>
      </w:r>
      <w:r>
        <w:t xml:space="preserve">  0   1   2   3   4   5   6   7   8   9   10</w:t>
      </w:r>
      <w:r>
        <w:br/>
        <w:t xml:space="preserve">  0 = weinig / niet   |   10 = heel veel / maximaal</w:t>
      </w:r>
    </w:p>
    <w:tbl>
      <w:tblPr>
        <w:tblW w:w="0" w:type="auto"/>
        <w:jc w:val="center"/>
        <w:tblLook w:val="04A0" w:firstRow="1" w:lastRow="0" w:firstColumn="1" w:lastColumn="0" w:noHBand="0" w:noVBand="1"/>
      </w:tblPr>
      <w:tblGrid>
        <w:gridCol w:w="9746"/>
      </w:tblGrid>
      <w:tr w:rsidR="00FB78F8" w14:paraId="5C8B3DAB" w14:textId="77777777">
        <w:trPr>
          <w:jc w:val="center"/>
        </w:trPr>
        <w:tc>
          <w:tcPr>
            <w:tcW w:w="9746" w:type="dxa"/>
            <w:shd w:val="clear" w:color="auto" w:fill="F1E8E3"/>
            <w:vAlign w:val="center"/>
          </w:tcPr>
          <w:p w14:paraId="4778871F" w14:textId="77777777" w:rsidR="00FB78F8" w:rsidRDefault="00000000">
            <w:r>
              <w:rPr>
                <w:b/>
              </w:rPr>
              <w:t>Wat valt mij op?</w:t>
            </w:r>
            <w:r>
              <w:br/>
              <w:t>Welke reacties herken je? Welke reactie verrast je?</w:t>
            </w:r>
          </w:p>
          <w:p w14:paraId="75E495A3" w14:textId="77777777" w:rsidR="00FB78F8" w:rsidRDefault="00000000">
            <w:r>
              <w:t>____________________________________________________________</w:t>
            </w:r>
          </w:p>
          <w:p w14:paraId="5D4D8533" w14:textId="77777777" w:rsidR="00FB78F8" w:rsidRDefault="00000000">
            <w:r>
              <w:t>____________________________________________________________</w:t>
            </w:r>
          </w:p>
          <w:p w14:paraId="01FBE074" w14:textId="77777777" w:rsidR="00FB78F8" w:rsidRDefault="00000000">
            <w:r>
              <w:t>____________________________________________________________</w:t>
            </w:r>
          </w:p>
          <w:p w14:paraId="36DE7D56" w14:textId="77777777" w:rsidR="00FB78F8" w:rsidRDefault="00000000">
            <w:r>
              <w:t>____________________________________________________________</w:t>
            </w:r>
          </w:p>
          <w:p w14:paraId="107B12C1" w14:textId="77777777" w:rsidR="00FB78F8" w:rsidRDefault="00000000">
            <w:r>
              <w:t>____________________________________________________________</w:t>
            </w:r>
          </w:p>
        </w:tc>
      </w:tr>
    </w:tbl>
    <w:p w14:paraId="64C9B4DE" w14:textId="77777777" w:rsidR="00FB78F8" w:rsidRDefault="00FB78F8"/>
    <w:p w14:paraId="292C8A22" w14:textId="77777777" w:rsidR="00FB78F8" w:rsidRDefault="00000000">
      <w:r>
        <w:br w:type="page"/>
      </w:r>
    </w:p>
    <w:p w14:paraId="2CBBF9E4" w14:textId="77777777" w:rsidR="00FB78F8" w:rsidRDefault="00000000">
      <w:pPr>
        <w:pStyle w:val="Kop1"/>
      </w:pPr>
      <w:r>
        <w:lastRenderedPageBreak/>
        <w:t>3. Mijn emoties leren herkennen</w:t>
      </w:r>
    </w:p>
    <w:p w14:paraId="426E7ADE" w14:textId="77777777" w:rsidR="00FB78F8" w:rsidRDefault="00000000">
      <w:r>
        <w:t>Soms is het makkelijker om te zeggen: 'het gaat niet' dan om precies te weten wat je voelt. Deze oefening helpt om gevoelens uit elkaar te halen.</w:t>
      </w:r>
    </w:p>
    <w:tbl>
      <w:tblPr>
        <w:tblW w:w="0" w:type="auto"/>
        <w:tblLook w:val="04A0" w:firstRow="1" w:lastRow="0" w:firstColumn="1" w:lastColumn="0" w:noHBand="0" w:noVBand="1"/>
      </w:tblPr>
      <w:tblGrid>
        <w:gridCol w:w="4873"/>
        <w:gridCol w:w="4873"/>
      </w:tblGrid>
      <w:tr w:rsidR="00FB78F8" w14:paraId="7219372E" w14:textId="77777777">
        <w:tc>
          <w:tcPr>
            <w:tcW w:w="4873" w:type="dxa"/>
            <w:shd w:val="clear" w:color="auto" w:fill="F1E8E3"/>
          </w:tcPr>
          <w:p w14:paraId="236C64BA" w14:textId="77777777" w:rsidR="00FB78F8" w:rsidRDefault="00000000">
            <w:r>
              <w:t>Emotie</w:t>
            </w:r>
          </w:p>
        </w:tc>
        <w:tc>
          <w:tcPr>
            <w:tcW w:w="4873" w:type="dxa"/>
            <w:shd w:val="clear" w:color="auto" w:fill="F1E8E3"/>
          </w:tcPr>
          <w:p w14:paraId="1060F164" w14:textId="77777777" w:rsidR="00FB78F8" w:rsidRDefault="00000000">
            <w:r>
              <w:t>Wanneer merk ik deze? Wat gebeurt er dan?</w:t>
            </w:r>
          </w:p>
        </w:tc>
      </w:tr>
      <w:tr w:rsidR="00FB78F8" w14:paraId="169DBC4A" w14:textId="77777777">
        <w:tc>
          <w:tcPr>
            <w:tcW w:w="4873" w:type="dxa"/>
          </w:tcPr>
          <w:p w14:paraId="4C66E635" w14:textId="77777777" w:rsidR="00FB78F8" w:rsidRDefault="00000000">
            <w:r>
              <w:t>Verdriet</w:t>
            </w:r>
          </w:p>
        </w:tc>
        <w:tc>
          <w:tcPr>
            <w:tcW w:w="4873" w:type="dxa"/>
          </w:tcPr>
          <w:p w14:paraId="229A5AE5" w14:textId="77777777" w:rsidR="00FB78F8" w:rsidRDefault="00000000">
            <w:r>
              <w:t>________________________________________________</w:t>
            </w:r>
          </w:p>
        </w:tc>
      </w:tr>
      <w:tr w:rsidR="00FB78F8" w14:paraId="0843E427" w14:textId="77777777">
        <w:tc>
          <w:tcPr>
            <w:tcW w:w="4873" w:type="dxa"/>
          </w:tcPr>
          <w:p w14:paraId="3C4D2618" w14:textId="77777777" w:rsidR="00FB78F8" w:rsidRDefault="00000000">
            <w:r>
              <w:t>Boosheid</w:t>
            </w:r>
          </w:p>
        </w:tc>
        <w:tc>
          <w:tcPr>
            <w:tcW w:w="4873" w:type="dxa"/>
          </w:tcPr>
          <w:p w14:paraId="76BB3DEF" w14:textId="77777777" w:rsidR="00FB78F8" w:rsidRDefault="00000000">
            <w:r>
              <w:t>________________________________________________</w:t>
            </w:r>
          </w:p>
        </w:tc>
      </w:tr>
      <w:tr w:rsidR="00FB78F8" w14:paraId="2DD6846C" w14:textId="77777777">
        <w:tc>
          <w:tcPr>
            <w:tcW w:w="4873" w:type="dxa"/>
          </w:tcPr>
          <w:p w14:paraId="2F94560E" w14:textId="77777777" w:rsidR="00FB78F8" w:rsidRDefault="00000000">
            <w:r>
              <w:t>Angst</w:t>
            </w:r>
          </w:p>
        </w:tc>
        <w:tc>
          <w:tcPr>
            <w:tcW w:w="4873" w:type="dxa"/>
          </w:tcPr>
          <w:p w14:paraId="68B61F2A" w14:textId="77777777" w:rsidR="00FB78F8" w:rsidRDefault="00000000">
            <w:r>
              <w:t>________________________________________________</w:t>
            </w:r>
          </w:p>
        </w:tc>
      </w:tr>
      <w:tr w:rsidR="00FB78F8" w14:paraId="13FA38BD" w14:textId="77777777">
        <w:tc>
          <w:tcPr>
            <w:tcW w:w="4873" w:type="dxa"/>
          </w:tcPr>
          <w:p w14:paraId="19A2E7DF" w14:textId="77777777" w:rsidR="00FB78F8" w:rsidRDefault="00000000">
            <w:r>
              <w:t>Schuld</w:t>
            </w:r>
          </w:p>
        </w:tc>
        <w:tc>
          <w:tcPr>
            <w:tcW w:w="4873" w:type="dxa"/>
          </w:tcPr>
          <w:p w14:paraId="19A6182D" w14:textId="77777777" w:rsidR="00FB78F8" w:rsidRDefault="00000000">
            <w:r>
              <w:t>________________________________________________</w:t>
            </w:r>
          </w:p>
        </w:tc>
      </w:tr>
      <w:tr w:rsidR="00FB78F8" w14:paraId="17F83D13" w14:textId="77777777">
        <w:tc>
          <w:tcPr>
            <w:tcW w:w="4873" w:type="dxa"/>
          </w:tcPr>
          <w:p w14:paraId="015F5B98" w14:textId="77777777" w:rsidR="00FB78F8" w:rsidRDefault="00000000">
            <w:r>
              <w:t>Opluchting</w:t>
            </w:r>
          </w:p>
        </w:tc>
        <w:tc>
          <w:tcPr>
            <w:tcW w:w="4873" w:type="dxa"/>
          </w:tcPr>
          <w:p w14:paraId="42497AC9" w14:textId="77777777" w:rsidR="00FB78F8" w:rsidRDefault="00000000">
            <w:r>
              <w:t>________________________________________________</w:t>
            </w:r>
          </w:p>
        </w:tc>
      </w:tr>
      <w:tr w:rsidR="00FB78F8" w14:paraId="551235DC" w14:textId="77777777">
        <w:tc>
          <w:tcPr>
            <w:tcW w:w="4873" w:type="dxa"/>
          </w:tcPr>
          <w:p w14:paraId="294BCEDB" w14:textId="77777777" w:rsidR="00FB78F8" w:rsidRDefault="00000000">
            <w:r>
              <w:t>Eenzaamheid</w:t>
            </w:r>
          </w:p>
        </w:tc>
        <w:tc>
          <w:tcPr>
            <w:tcW w:w="4873" w:type="dxa"/>
          </w:tcPr>
          <w:p w14:paraId="5C4B6FF0" w14:textId="77777777" w:rsidR="00FB78F8" w:rsidRDefault="00000000">
            <w:r>
              <w:t>________________________________________________</w:t>
            </w:r>
          </w:p>
        </w:tc>
      </w:tr>
      <w:tr w:rsidR="00FB78F8" w14:paraId="4264F7FF" w14:textId="77777777">
        <w:tc>
          <w:tcPr>
            <w:tcW w:w="4873" w:type="dxa"/>
          </w:tcPr>
          <w:p w14:paraId="36A91370" w14:textId="77777777" w:rsidR="00FB78F8" w:rsidRDefault="00000000">
            <w:r>
              <w:t>Verlangen / gemis</w:t>
            </w:r>
          </w:p>
        </w:tc>
        <w:tc>
          <w:tcPr>
            <w:tcW w:w="4873" w:type="dxa"/>
          </w:tcPr>
          <w:p w14:paraId="0F5B735A" w14:textId="77777777" w:rsidR="00FB78F8" w:rsidRDefault="00000000">
            <w:r>
              <w:t>________________________________________________</w:t>
            </w:r>
          </w:p>
        </w:tc>
      </w:tr>
      <w:tr w:rsidR="00FB78F8" w14:paraId="70CBE1B0" w14:textId="77777777">
        <w:tc>
          <w:tcPr>
            <w:tcW w:w="4873" w:type="dxa"/>
          </w:tcPr>
          <w:p w14:paraId="368AC33C" w14:textId="77777777" w:rsidR="00FB78F8" w:rsidRDefault="00000000">
            <w:r>
              <w:t>Andere emotie</w:t>
            </w:r>
          </w:p>
        </w:tc>
        <w:tc>
          <w:tcPr>
            <w:tcW w:w="4873" w:type="dxa"/>
          </w:tcPr>
          <w:p w14:paraId="0470A739" w14:textId="77777777" w:rsidR="00FB78F8" w:rsidRDefault="00000000">
            <w:r>
              <w:t>________________________________________________</w:t>
            </w:r>
          </w:p>
        </w:tc>
      </w:tr>
      <w:tr w:rsidR="00FB78F8" w14:paraId="228B1FCA" w14:textId="77777777">
        <w:tblPrEx>
          <w:jc w:val="center"/>
        </w:tblPrEx>
        <w:trPr>
          <w:jc w:val="center"/>
        </w:trPr>
        <w:tc>
          <w:tcPr>
            <w:tcW w:w="9746" w:type="dxa"/>
            <w:gridSpan w:val="2"/>
            <w:shd w:val="clear" w:color="auto" w:fill="F1E8E3"/>
            <w:vAlign w:val="center"/>
          </w:tcPr>
          <w:p w14:paraId="589E0EAD" w14:textId="77777777" w:rsidR="00FB78F8" w:rsidRDefault="00000000">
            <w:r>
              <w:rPr>
                <w:b/>
              </w:rPr>
              <w:t>Als mijn emotie kon praten…</w:t>
            </w:r>
            <w:r>
              <w:br/>
              <w:t>Wat zou deze emotie mij willen vertellen of waar zou zij om vragen?</w:t>
            </w:r>
          </w:p>
          <w:p w14:paraId="42A5F8DC" w14:textId="77777777" w:rsidR="00FB78F8" w:rsidRDefault="00000000">
            <w:r>
              <w:t>____________________________________________________________</w:t>
            </w:r>
          </w:p>
          <w:p w14:paraId="7448ECFB" w14:textId="77777777" w:rsidR="00FB78F8" w:rsidRDefault="00000000">
            <w:r>
              <w:t>____________________________________________________________</w:t>
            </w:r>
          </w:p>
          <w:p w14:paraId="2CB849F4" w14:textId="77777777" w:rsidR="00FB78F8" w:rsidRDefault="00000000">
            <w:r>
              <w:t>____________________________________________________________</w:t>
            </w:r>
          </w:p>
          <w:p w14:paraId="34F9D75B" w14:textId="77777777" w:rsidR="00FB78F8" w:rsidRDefault="00000000">
            <w:r>
              <w:t>____________________________________________________________</w:t>
            </w:r>
          </w:p>
          <w:p w14:paraId="6FC77CFF" w14:textId="77777777" w:rsidR="00FB78F8" w:rsidRDefault="00000000">
            <w:r>
              <w:t>____________________________________________________________</w:t>
            </w:r>
          </w:p>
          <w:p w14:paraId="531332A7" w14:textId="77777777" w:rsidR="00FB78F8" w:rsidRDefault="00000000">
            <w:r>
              <w:t>____________________________________________________________</w:t>
            </w:r>
          </w:p>
        </w:tc>
      </w:tr>
    </w:tbl>
    <w:p w14:paraId="4E4F4A2B" w14:textId="77777777" w:rsidR="00FB78F8" w:rsidRDefault="00FB78F8"/>
    <w:tbl>
      <w:tblPr>
        <w:tblW w:w="0" w:type="auto"/>
        <w:jc w:val="center"/>
        <w:tblLook w:val="04A0" w:firstRow="1" w:lastRow="0" w:firstColumn="1" w:lastColumn="0" w:noHBand="0" w:noVBand="1"/>
      </w:tblPr>
      <w:tblGrid>
        <w:gridCol w:w="9746"/>
      </w:tblGrid>
      <w:tr w:rsidR="00FB78F8" w14:paraId="649DDEA2" w14:textId="77777777">
        <w:trPr>
          <w:jc w:val="center"/>
        </w:trPr>
        <w:tc>
          <w:tcPr>
            <w:tcW w:w="9746" w:type="dxa"/>
            <w:shd w:val="clear" w:color="auto" w:fill="F1E8E3"/>
            <w:vAlign w:val="center"/>
          </w:tcPr>
          <w:p w14:paraId="52DD3FE4" w14:textId="77777777" w:rsidR="00FB78F8" w:rsidRDefault="00000000">
            <w:r>
              <w:rPr>
                <w:b/>
              </w:rPr>
              <w:t>Wat heb ik dan nodig?</w:t>
            </w:r>
            <w:r>
              <w:br/>
              <w:t>Bijvoorbeeld: rust, nabijheid, begrip, afleiding, huilen, bewegen, praten, grenzen, alleen zijn.</w:t>
            </w:r>
          </w:p>
          <w:p w14:paraId="0CE8F9BA" w14:textId="77777777" w:rsidR="00FB78F8" w:rsidRDefault="00000000">
            <w:r>
              <w:t>____________________________________________________________</w:t>
            </w:r>
          </w:p>
          <w:p w14:paraId="60C11DA0" w14:textId="77777777" w:rsidR="00FB78F8" w:rsidRDefault="00000000">
            <w:r>
              <w:t>____________________________________________________________</w:t>
            </w:r>
          </w:p>
          <w:p w14:paraId="6B9A60C8" w14:textId="77777777" w:rsidR="00FB78F8" w:rsidRDefault="00000000">
            <w:r>
              <w:t>____________________________________________________________</w:t>
            </w:r>
          </w:p>
          <w:p w14:paraId="1C7FDACF" w14:textId="77777777" w:rsidR="00FB78F8" w:rsidRDefault="00000000">
            <w:r>
              <w:t>____________________________________________________________</w:t>
            </w:r>
          </w:p>
          <w:p w14:paraId="6FF9FE4E" w14:textId="77777777" w:rsidR="00FB78F8" w:rsidRDefault="00000000">
            <w:r>
              <w:t>____________________________________________________________</w:t>
            </w:r>
          </w:p>
        </w:tc>
      </w:tr>
    </w:tbl>
    <w:p w14:paraId="1772E710" w14:textId="77777777" w:rsidR="00FB78F8" w:rsidRDefault="00FB78F8"/>
    <w:p w14:paraId="2E170E1B" w14:textId="77777777" w:rsidR="00FB78F8" w:rsidRDefault="00000000">
      <w:r>
        <w:br w:type="page"/>
      </w:r>
    </w:p>
    <w:p w14:paraId="4584EB9D" w14:textId="77777777" w:rsidR="00FB78F8" w:rsidRDefault="00000000">
      <w:pPr>
        <w:pStyle w:val="Kop1"/>
      </w:pPr>
      <w:r>
        <w:lastRenderedPageBreak/>
        <w:t>4. Het verhaal van mijn verlies</w:t>
      </w:r>
    </w:p>
    <w:p w14:paraId="174FBCA8" w14:textId="77777777" w:rsidR="00FB78F8" w:rsidRDefault="00000000">
      <w:r>
        <w:t>Een verlies kan als een film in je hoofd blijven terugkomen. Door het verhaal op jouw tempo te vertellen, kun je soms meer samenhang ervaren. Stop wanneer het te veel wordt.</w:t>
      </w:r>
    </w:p>
    <w:tbl>
      <w:tblPr>
        <w:tblW w:w="0" w:type="auto"/>
        <w:jc w:val="center"/>
        <w:tblLook w:val="04A0" w:firstRow="1" w:lastRow="0" w:firstColumn="1" w:lastColumn="0" w:noHBand="0" w:noVBand="1"/>
      </w:tblPr>
      <w:tblGrid>
        <w:gridCol w:w="9746"/>
      </w:tblGrid>
      <w:tr w:rsidR="00FB78F8" w14:paraId="1E5CD6FF" w14:textId="77777777">
        <w:trPr>
          <w:jc w:val="center"/>
        </w:trPr>
        <w:tc>
          <w:tcPr>
            <w:tcW w:w="9746" w:type="dxa"/>
            <w:shd w:val="clear" w:color="auto" w:fill="F1E8E3"/>
            <w:vAlign w:val="center"/>
          </w:tcPr>
          <w:p w14:paraId="69052B9B" w14:textId="77777777" w:rsidR="00FB78F8" w:rsidRDefault="00000000">
            <w:r>
              <w:rPr>
                <w:b/>
              </w:rPr>
              <w:t>Voor het verlies</w:t>
            </w:r>
            <w:r>
              <w:br/>
              <w:t>Hoe was mijn leven vóór het verlies? Wat was belangrijk voor mij?</w:t>
            </w:r>
          </w:p>
          <w:p w14:paraId="0666CA74" w14:textId="77777777" w:rsidR="00FB78F8" w:rsidRDefault="00000000">
            <w:r>
              <w:t>____________________________________________________________</w:t>
            </w:r>
          </w:p>
          <w:p w14:paraId="30718242" w14:textId="77777777" w:rsidR="00FB78F8" w:rsidRDefault="00000000">
            <w:r>
              <w:t>____________________________________________________________</w:t>
            </w:r>
          </w:p>
          <w:p w14:paraId="0D9EE7B6" w14:textId="77777777" w:rsidR="00FB78F8" w:rsidRDefault="00000000">
            <w:r>
              <w:t>____________________________________________________________</w:t>
            </w:r>
          </w:p>
          <w:p w14:paraId="242BDA68" w14:textId="77777777" w:rsidR="00FB78F8" w:rsidRDefault="00000000">
            <w:r>
              <w:t>____________________________________________________________</w:t>
            </w:r>
          </w:p>
          <w:p w14:paraId="41667E7B" w14:textId="77777777" w:rsidR="00FB78F8" w:rsidRDefault="00000000">
            <w:r>
              <w:t>____________________________________________________________</w:t>
            </w:r>
          </w:p>
          <w:p w14:paraId="140EFF17" w14:textId="77777777" w:rsidR="00FB78F8" w:rsidRDefault="00000000">
            <w:r>
              <w:t>____________________________________________________________</w:t>
            </w:r>
          </w:p>
        </w:tc>
      </w:tr>
    </w:tbl>
    <w:p w14:paraId="6AB0AC9B" w14:textId="77777777" w:rsidR="00FB78F8" w:rsidRDefault="00FB78F8"/>
    <w:tbl>
      <w:tblPr>
        <w:tblW w:w="0" w:type="auto"/>
        <w:jc w:val="center"/>
        <w:tblLook w:val="04A0" w:firstRow="1" w:lastRow="0" w:firstColumn="1" w:lastColumn="0" w:noHBand="0" w:noVBand="1"/>
      </w:tblPr>
      <w:tblGrid>
        <w:gridCol w:w="9746"/>
      </w:tblGrid>
      <w:tr w:rsidR="00FB78F8" w14:paraId="7C7F5C31" w14:textId="77777777">
        <w:trPr>
          <w:jc w:val="center"/>
        </w:trPr>
        <w:tc>
          <w:tcPr>
            <w:tcW w:w="9746" w:type="dxa"/>
            <w:shd w:val="clear" w:color="auto" w:fill="F1E8E3"/>
            <w:vAlign w:val="center"/>
          </w:tcPr>
          <w:p w14:paraId="16DAAA73" w14:textId="77777777" w:rsidR="00FB78F8" w:rsidRDefault="00000000">
            <w:r>
              <w:rPr>
                <w:b/>
              </w:rPr>
              <w:t>Wat gebeurde er?</w:t>
            </w:r>
            <w:r>
              <w:br/>
              <w:t>Wat is er gebeurd? Wat herinner ik me het sterkst?</w:t>
            </w:r>
          </w:p>
          <w:p w14:paraId="5DC9C615" w14:textId="77777777" w:rsidR="00FB78F8" w:rsidRDefault="00000000">
            <w:r>
              <w:t>____________________________________________________________</w:t>
            </w:r>
          </w:p>
          <w:p w14:paraId="20C0F856" w14:textId="77777777" w:rsidR="00FB78F8" w:rsidRDefault="00000000">
            <w:r>
              <w:t>____________________________________________________________</w:t>
            </w:r>
          </w:p>
          <w:p w14:paraId="2603B384" w14:textId="77777777" w:rsidR="00FB78F8" w:rsidRDefault="00000000">
            <w:r>
              <w:t>____________________________________________________________</w:t>
            </w:r>
          </w:p>
          <w:p w14:paraId="770A923C" w14:textId="77777777" w:rsidR="00FB78F8" w:rsidRDefault="00000000">
            <w:r>
              <w:t>____________________________________________________________</w:t>
            </w:r>
          </w:p>
          <w:p w14:paraId="6B990C58" w14:textId="77777777" w:rsidR="00FB78F8" w:rsidRDefault="00000000">
            <w:r>
              <w:t>____________________________________________________________</w:t>
            </w:r>
          </w:p>
          <w:p w14:paraId="697B723E" w14:textId="77777777" w:rsidR="00FB78F8" w:rsidRDefault="00000000">
            <w:r>
              <w:t>____________________________________________________________</w:t>
            </w:r>
          </w:p>
          <w:p w14:paraId="3FDAB27A" w14:textId="77777777" w:rsidR="00FB78F8" w:rsidRDefault="00000000">
            <w:r>
              <w:t>____________________________________________________________</w:t>
            </w:r>
          </w:p>
          <w:p w14:paraId="43FDD91F" w14:textId="77777777" w:rsidR="00FB78F8" w:rsidRDefault="00000000">
            <w:r>
              <w:t>____________________________________________________________</w:t>
            </w:r>
          </w:p>
        </w:tc>
      </w:tr>
    </w:tbl>
    <w:p w14:paraId="3D00AD27" w14:textId="77777777" w:rsidR="00FB78F8" w:rsidRDefault="00FB78F8"/>
    <w:tbl>
      <w:tblPr>
        <w:tblW w:w="0" w:type="auto"/>
        <w:jc w:val="center"/>
        <w:tblLook w:val="04A0" w:firstRow="1" w:lastRow="0" w:firstColumn="1" w:lastColumn="0" w:noHBand="0" w:noVBand="1"/>
      </w:tblPr>
      <w:tblGrid>
        <w:gridCol w:w="9746"/>
      </w:tblGrid>
      <w:tr w:rsidR="00FB78F8" w14:paraId="0CD11FF7" w14:textId="77777777">
        <w:trPr>
          <w:jc w:val="center"/>
        </w:trPr>
        <w:tc>
          <w:tcPr>
            <w:tcW w:w="9746" w:type="dxa"/>
            <w:shd w:val="clear" w:color="auto" w:fill="F1E8E3"/>
            <w:vAlign w:val="center"/>
          </w:tcPr>
          <w:p w14:paraId="5DFF73A1" w14:textId="77777777" w:rsidR="00FB78F8" w:rsidRDefault="00000000">
            <w:r>
              <w:rPr>
                <w:b/>
              </w:rPr>
              <w:t>Sindsdien</w:t>
            </w:r>
            <w:r>
              <w:br/>
              <w:t>Wat veranderde er in mij, mijn relaties of mijn dagelijks leven?</w:t>
            </w:r>
          </w:p>
          <w:p w14:paraId="2C03C5C0" w14:textId="77777777" w:rsidR="00FB78F8" w:rsidRDefault="00000000">
            <w:r>
              <w:t>____________________________________________________________</w:t>
            </w:r>
          </w:p>
          <w:p w14:paraId="27C61D8F" w14:textId="77777777" w:rsidR="00FB78F8" w:rsidRDefault="00000000">
            <w:r>
              <w:t>____________________________________________________________</w:t>
            </w:r>
          </w:p>
          <w:p w14:paraId="7668C360" w14:textId="77777777" w:rsidR="00FB78F8" w:rsidRDefault="00000000">
            <w:r>
              <w:t>____________________________________________________________</w:t>
            </w:r>
          </w:p>
          <w:p w14:paraId="2C1C1E35" w14:textId="77777777" w:rsidR="00FB78F8" w:rsidRDefault="00000000">
            <w:r>
              <w:lastRenderedPageBreak/>
              <w:t>____________________________________________________________</w:t>
            </w:r>
          </w:p>
          <w:p w14:paraId="4DBF931F" w14:textId="77777777" w:rsidR="00FB78F8" w:rsidRDefault="00000000">
            <w:r>
              <w:t>____________________________________________________________</w:t>
            </w:r>
          </w:p>
          <w:p w14:paraId="497BEB1F" w14:textId="77777777" w:rsidR="00FB78F8" w:rsidRDefault="00000000">
            <w:r>
              <w:t>____________________________________________________________</w:t>
            </w:r>
          </w:p>
          <w:p w14:paraId="31F7DC74" w14:textId="77777777" w:rsidR="00FB78F8" w:rsidRDefault="00000000">
            <w:r>
              <w:t>____________________________________________________________</w:t>
            </w:r>
          </w:p>
        </w:tc>
      </w:tr>
    </w:tbl>
    <w:p w14:paraId="4DC407B1" w14:textId="77777777" w:rsidR="00FB78F8" w:rsidRDefault="00FB78F8"/>
    <w:tbl>
      <w:tblPr>
        <w:tblW w:w="0" w:type="auto"/>
        <w:jc w:val="center"/>
        <w:tblLook w:val="04A0" w:firstRow="1" w:lastRow="0" w:firstColumn="1" w:lastColumn="0" w:noHBand="0" w:noVBand="1"/>
      </w:tblPr>
      <w:tblGrid>
        <w:gridCol w:w="9746"/>
      </w:tblGrid>
      <w:tr w:rsidR="00FB78F8" w14:paraId="70D31829" w14:textId="77777777">
        <w:trPr>
          <w:jc w:val="center"/>
        </w:trPr>
        <w:tc>
          <w:tcPr>
            <w:tcW w:w="9746" w:type="dxa"/>
            <w:shd w:val="clear" w:color="auto" w:fill="F1E8E3"/>
            <w:vAlign w:val="center"/>
          </w:tcPr>
          <w:p w14:paraId="7467FDA5" w14:textId="77777777" w:rsidR="00FB78F8" w:rsidRDefault="00000000">
            <w:r>
              <w:rPr>
                <w:b/>
              </w:rPr>
              <w:t>Wat heb ik nog nooit verteld?</w:t>
            </w:r>
            <w:r>
              <w:br/>
              <w:t>Is er iets dat je hebt ingehouden omdat het te pijnlijk, ingewikkeld of moeilijk uit te leggen was?</w:t>
            </w:r>
          </w:p>
          <w:p w14:paraId="547A95CE" w14:textId="77777777" w:rsidR="00FB78F8" w:rsidRDefault="00000000">
            <w:r>
              <w:t>____________________________________________________________</w:t>
            </w:r>
          </w:p>
          <w:p w14:paraId="7DD1EB34" w14:textId="77777777" w:rsidR="00FB78F8" w:rsidRDefault="00000000">
            <w:r>
              <w:t>____________________________________________________________</w:t>
            </w:r>
          </w:p>
          <w:p w14:paraId="79393541" w14:textId="77777777" w:rsidR="00FB78F8" w:rsidRDefault="00000000">
            <w:r>
              <w:t>____________________________________________________________</w:t>
            </w:r>
          </w:p>
          <w:p w14:paraId="22BCF920" w14:textId="77777777" w:rsidR="00FB78F8" w:rsidRDefault="00000000">
            <w:r>
              <w:t>____________________________________________________________</w:t>
            </w:r>
          </w:p>
          <w:p w14:paraId="46ADF380" w14:textId="77777777" w:rsidR="00FB78F8" w:rsidRDefault="00000000">
            <w:r>
              <w:t>____________________________________________________________</w:t>
            </w:r>
          </w:p>
          <w:p w14:paraId="1A635C28" w14:textId="77777777" w:rsidR="00FB78F8" w:rsidRDefault="00000000">
            <w:r>
              <w:t>____________________________________________________________</w:t>
            </w:r>
          </w:p>
        </w:tc>
      </w:tr>
    </w:tbl>
    <w:p w14:paraId="6D52CE7C" w14:textId="77777777" w:rsidR="00FB78F8" w:rsidRDefault="00FB78F8"/>
    <w:p w14:paraId="1CC852FA" w14:textId="77777777" w:rsidR="00FB78F8" w:rsidRDefault="00000000">
      <w:r>
        <w:br w:type="page"/>
      </w:r>
    </w:p>
    <w:p w14:paraId="4C23F1E6" w14:textId="77777777" w:rsidR="00FB78F8" w:rsidRDefault="00000000">
      <w:pPr>
        <w:pStyle w:val="Kop1"/>
      </w:pPr>
      <w:r>
        <w:lastRenderedPageBreak/>
        <w:t>5. Triggers en moeilijke momenten</w:t>
      </w:r>
    </w:p>
    <w:p w14:paraId="1A03DD6C" w14:textId="77777777" w:rsidR="00FB78F8" w:rsidRDefault="00000000">
      <w:r>
        <w:t>Sommige momenten brengen het verlies plotseling dichtbij. Dat kan een datum, plek, geur, liedje, foto of gesprek zijn.</w:t>
      </w:r>
    </w:p>
    <w:tbl>
      <w:tblPr>
        <w:tblW w:w="0" w:type="auto"/>
        <w:tblLook w:val="04A0" w:firstRow="1" w:lastRow="0" w:firstColumn="1" w:lastColumn="0" w:noHBand="0" w:noVBand="1"/>
      </w:tblPr>
      <w:tblGrid>
        <w:gridCol w:w="3248"/>
        <w:gridCol w:w="3249"/>
        <w:gridCol w:w="3249"/>
      </w:tblGrid>
      <w:tr w:rsidR="00FB78F8" w14:paraId="0CEC9270" w14:textId="77777777">
        <w:tc>
          <w:tcPr>
            <w:tcW w:w="3249" w:type="dxa"/>
            <w:shd w:val="clear" w:color="auto" w:fill="F1E8E3"/>
          </w:tcPr>
          <w:p w14:paraId="21523C0C" w14:textId="77777777" w:rsidR="00FB78F8" w:rsidRDefault="00000000">
            <w:r>
              <w:t>Trigger / moment</w:t>
            </w:r>
          </w:p>
        </w:tc>
        <w:tc>
          <w:tcPr>
            <w:tcW w:w="3249" w:type="dxa"/>
            <w:shd w:val="clear" w:color="auto" w:fill="F1E8E3"/>
          </w:tcPr>
          <w:p w14:paraId="6AD65A98" w14:textId="77777777" w:rsidR="00FB78F8" w:rsidRDefault="00000000">
            <w:r>
              <w:t>Wat gebeurt er in mij?</w:t>
            </w:r>
          </w:p>
        </w:tc>
        <w:tc>
          <w:tcPr>
            <w:tcW w:w="3249" w:type="dxa"/>
            <w:shd w:val="clear" w:color="auto" w:fill="F1E8E3"/>
          </w:tcPr>
          <w:p w14:paraId="3C5E68F0" w14:textId="77777777" w:rsidR="00FB78F8" w:rsidRDefault="00000000">
            <w:r>
              <w:t>Wat helpt?</w:t>
            </w:r>
          </w:p>
        </w:tc>
      </w:tr>
      <w:tr w:rsidR="00FB78F8" w14:paraId="642505F0" w14:textId="77777777">
        <w:tc>
          <w:tcPr>
            <w:tcW w:w="3249" w:type="dxa"/>
          </w:tcPr>
          <w:p w14:paraId="6ABA7E98" w14:textId="77777777" w:rsidR="00FB78F8" w:rsidRDefault="00000000">
            <w:r>
              <w:t>________________________________</w:t>
            </w:r>
          </w:p>
        </w:tc>
        <w:tc>
          <w:tcPr>
            <w:tcW w:w="3249" w:type="dxa"/>
          </w:tcPr>
          <w:p w14:paraId="0F9777FF" w14:textId="77777777" w:rsidR="00FB78F8" w:rsidRDefault="00000000">
            <w:r>
              <w:t>________________________________</w:t>
            </w:r>
          </w:p>
        </w:tc>
        <w:tc>
          <w:tcPr>
            <w:tcW w:w="3249" w:type="dxa"/>
          </w:tcPr>
          <w:p w14:paraId="40E31EE5" w14:textId="77777777" w:rsidR="00FB78F8" w:rsidRDefault="00000000">
            <w:r>
              <w:t>________________________________</w:t>
            </w:r>
          </w:p>
        </w:tc>
      </w:tr>
      <w:tr w:rsidR="00FB78F8" w14:paraId="5C77CB90" w14:textId="77777777">
        <w:tc>
          <w:tcPr>
            <w:tcW w:w="3249" w:type="dxa"/>
          </w:tcPr>
          <w:p w14:paraId="7B61C4B7" w14:textId="77777777" w:rsidR="00FB78F8" w:rsidRDefault="00000000">
            <w:r>
              <w:t>________________________________</w:t>
            </w:r>
          </w:p>
        </w:tc>
        <w:tc>
          <w:tcPr>
            <w:tcW w:w="3249" w:type="dxa"/>
          </w:tcPr>
          <w:p w14:paraId="70C49C56" w14:textId="77777777" w:rsidR="00FB78F8" w:rsidRDefault="00000000">
            <w:r>
              <w:t>________________________________</w:t>
            </w:r>
          </w:p>
        </w:tc>
        <w:tc>
          <w:tcPr>
            <w:tcW w:w="3249" w:type="dxa"/>
          </w:tcPr>
          <w:p w14:paraId="41AE72D2" w14:textId="77777777" w:rsidR="00FB78F8" w:rsidRDefault="00000000">
            <w:r>
              <w:t>________________________________</w:t>
            </w:r>
          </w:p>
        </w:tc>
      </w:tr>
      <w:tr w:rsidR="00FB78F8" w14:paraId="4CD65A86" w14:textId="77777777">
        <w:tc>
          <w:tcPr>
            <w:tcW w:w="3249" w:type="dxa"/>
          </w:tcPr>
          <w:p w14:paraId="7AC93504" w14:textId="77777777" w:rsidR="00FB78F8" w:rsidRDefault="00000000">
            <w:r>
              <w:t>________________________________</w:t>
            </w:r>
          </w:p>
        </w:tc>
        <w:tc>
          <w:tcPr>
            <w:tcW w:w="3249" w:type="dxa"/>
          </w:tcPr>
          <w:p w14:paraId="1403D543" w14:textId="77777777" w:rsidR="00FB78F8" w:rsidRDefault="00000000">
            <w:r>
              <w:t>________________________________</w:t>
            </w:r>
          </w:p>
        </w:tc>
        <w:tc>
          <w:tcPr>
            <w:tcW w:w="3249" w:type="dxa"/>
          </w:tcPr>
          <w:p w14:paraId="72193A16" w14:textId="77777777" w:rsidR="00FB78F8" w:rsidRDefault="00000000">
            <w:r>
              <w:t>________________________________</w:t>
            </w:r>
          </w:p>
        </w:tc>
      </w:tr>
      <w:tr w:rsidR="00FB78F8" w14:paraId="6C4CBAD7" w14:textId="77777777">
        <w:tc>
          <w:tcPr>
            <w:tcW w:w="3249" w:type="dxa"/>
          </w:tcPr>
          <w:p w14:paraId="565B9C52" w14:textId="77777777" w:rsidR="00FB78F8" w:rsidRDefault="00000000">
            <w:r>
              <w:t>________________________________</w:t>
            </w:r>
          </w:p>
        </w:tc>
        <w:tc>
          <w:tcPr>
            <w:tcW w:w="3249" w:type="dxa"/>
          </w:tcPr>
          <w:p w14:paraId="1388E73C" w14:textId="77777777" w:rsidR="00FB78F8" w:rsidRDefault="00000000">
            <w:r>
              <w:t>________________________________</w:t>
            </w:r>
          </w:p>
        </w:tc>
        <w:tc>
          <w:tcPr>
            <w:tcW w:w="3249" w:type="dxa"/>
          </w:tcPr>
          <w:p w14:paraId="061B9C6D" w14:textId="77777777" w:rsidR="00FB78F8" w:rsidRDefault="00000000">
            <w:r>
              <w:t>________________________________</w:t>
            </w:r>
          </w:p>
        </w:tc>
      </w:tr>
      <w:tr w:rsidR="00FB78F8" w14:paraId="4855F983" w14:textId="77777777">
        <w:tc>
          <w:tcPr>
            <w:tcW w:w="3249" w:type="dxa"/>
          </w:tcPr>
          <w:p w14:paraId="56A8C19D" w14:textId="77777777" w:rsidR="00FB78F8" w:rsidRDefault="00000000">
            <w:r>
              <w:t>________________________________</w:t>
            </w:r>
          </w:p>
        </w:tc>
        <w:tc>
          <w:tcPr>
            <w:tcW w:w="3249" w:type="dxa"/>
          </w:tcPr>
          <w:p w14:paraId="23189973" w14:textId="77777777" w:rsidR="00FB78F8" w:rsidRDefault="00000000">
            <w:r>
              <w:t>________________________________</w:t>
            </w:r>
          </w:p>
        </w:tc>
        <w:tc>
          <w:tcPr>
            <w:tcW w:w="3249" w:type="dxa"/>
          </w:tcPr>
          <w:p w14:paraId="01C39C76" w14:textId="77777777" w:rsidR="00FB78F8" w:rsidRDefault="00000000">
            <w:r>
              <w:t>________________________________</w:t>
            </w:r>
          </w:p>
        </w:tc>
      </w:tr>
      <w:tr w:rsidR="00FB78F8" w14:paraId="11228866" w14:textId="77777777">
        <w:tc>
          <w:tcPr>
            <w:tcW w:w="3249" w:type="dxa"/>
          </w:tcPr>
          <w:p w14:paraId="2551FB99" w14:textId="77777777" w:rsidR="00FB78F8" w:rsidRDefault="00000000">
            <w:r>
              <w:t>________________________________</w:t>
            </w:r>
          </w:p>
        </w:tc>
        <w:tc>
          <w:tcPr>
            <w:tcW w:w="3249" w:type="dxa"/>
          </w:tcPr>
          <w:p w14:paraId="552DE15E" w14:textId="77777777" w:rsidR="00FB78F8" w:rsidRDefault="00000000">
            <w:r>
              <w:t>________________________________</w:t>
            </w:r>
          </w:p>
        </w:tc>
        <w:tc>
          <w:tcPr>
            <w:tcW w:w="3249" w:type="dxa"/>
          </w:tcPr>
          <w:p w14:paraId="5C2BA33F" w14:textId="77777777" w:rsidR="00FB78F8" w:rsidRDefault="00000000">
            <w:r>
              <w:t>________________________________</w:t>
            </w:r>
          </w:p>
        </w:tc>
      </w:tr>
      <w:tr w:rsidR="00FB78F8" w14:paraId="51E2AD21" w14:textId="77777777">
        <w:tc>
          <w:tcPr>
            <w:tcW w:w="3249" w:type="dxa"/>
          </w:tcPr>
          <w:p w14:paraId="74D762BB" w14:textId="77777777" w:rsidR="00FB78F8" w:rsidRDefault="00000000">
            <w:r>
              <w:t>________________________________</w:t>
            </w:r>
          </w:p>
        </w:tc>
        <w:tc>
          <w:tcPr>
            <w:tcW w:w="3249" w:type="dxa"/>
          </w:tcPr>
          <w:p w14:paraId="05F38A30" w14:textId="77777777" w:rsidR="00FB78F8" w:rsidRDefault="00000000">
            <w:r>
              <w:t>________________________________</w:t>
            </w:r>
          </w:p>
        </w:tc>
        <w:tc>
          <w:tcPr>
            <w:tcW w:w="3249" w:type="dxa"/>
          </w:tcPr>
          <w:p w14:paraId="6B08F66D" w14:textId="77777777" w:rsidR="00FB78F8" w:rsidRDefault="00000000">
            <w:r>
              <w:t>________________________________</w:t>
            </w:r>
          </w:p>
        </w:tc>
      </w:tr>
      <w:tr w:rsidR="00FB78F8" w14:paraId="4F33276F" w14:textId="77777777">
        <w:tblPrEx>
          <w:jc w:val="center"/>
        </w:tblPrEx>
        <w:trPr>
          <w:jc w:val="center"/>
        </w:trPr>
        <w:tc>
          <w:tcPr>
            <w:tcW w:w="9746" w:type="dxa"/>
            <w:gridSpan w:val="3"/>
            <w:shd w:val="clear" w:color="auto" w:fill="F1E8E3"/>
            <w:vAlign w:val="center"/>
          </w:tcPr>
          <w:p w14:paraId="0018BCCF" w14:textId="77777777" w:rsidR="00FB78F8" w:rsidRDefault="00000000">
            <w:r>
              <w:rPr>
                <w:b/>
              </w:rPr>
              <w:t>Mijn lastigste moment van de dag/week</w:t>
            </w:r>
            <w:r>
              <w:br/>
              <w:t>Wanneer is de kans het grootst dat mijn rouw opspeelt?</w:t>
            </w:r>
          </w:p>
          <w:p w14:paraId="5010014D" w14:textId="77777777" w:rsidR="00FB78F8" w:rsidRDefault="00000000">
            <w:r>
              <w:t>____________________________________________________________</w:t>
            </w:r>
          </w:p>
          <w:p w14:paraId="110ED858" w14:textId="77777777" w:rsidR="00FB78F8" w:rsidRDefault="00000000">
            <w:r>
              <w:t>____________________________________________________________</w:t>
            </w:r>
          </w:p>
          <w:p w14:paraId="018E6244" w14:textId="77777777" w:rsidR="00FB78F8" w:rsidRDefault="00000000">
            <w:r>
              <w:t>____________________________________________________________</w:t>
            </w:r>
          </w:p>
          <w:p w14:paraId="4E5C8A51" w14:textId="77777777" w:rsidR="00FB78F8" w:rsidRDefault="00000000">
            <w:r>
              <w:t>____________________________________________________________</w:t>
            </w:r>
          </w:p>
        </w:tc>
      </w:tr>
    </w:tbl>
    <w:p w14:paraId="787CA2BD" w14:textId="77777777" w:rsidR="00FB78F8" w:rsidRDefault="00FB78F8"/>
    <w:tbl>
      <w:tblPr>
        <w:tblW w:w="0" w:type="auto"/>
        <w:jc w:val="center"/>
        <w:tblLook w:val="04A0" w:firstRow="1" w:lastRow="0" w:firstColumn="1" w:lastColumn="0" w:noHBand="0" w:noVBand="1"/>
      </w:tblPr>
      <w:tblGrid>
        <w:gridCol w:w="9746"/>
      </w:tblGrid>
      <w:tr w:rsidR="00FB78F8" w14:paraId="7E89424A" w14:textId="77777777">
        <w:trPr>
          <w:jc w:val="center"/>
        </w:trPr>
        <w:tc>
          <w:tcPr>
            <w:tcW w:w="9746" w:type="dxa"/>
            <w:shd w:val="clear" w:color="auto" w:fill="F1E8E3"/>
            <w:vAlign w:val="center"/>
          </w:tcPr>
          <w:p w14:paraId="607C2F8F" w14:textId="77777777" w:rsidR="00FB78F8" w:rsidRDefault="00000000">
            <w:r>
              <w:rPr>
                <w:b/>
              </w:rPr>
              <w:t>Mijn eerste hulp</w:t>
            </w:r>
            <w:r>
              <w:br/>
              <w:t>Wat kan ik doen als het ineens te veel wordt? Denk klein en concreet.</w:t>
            </w:r>
          </w:p>
          <w:p w14:paraId="17396761" w14:textId="77777777" w:rsidR="00FB78F8" w:rsidRDefault="00000000">
            <w:r>
              <w:t>____________________________________________________________</w:t>
            </w:r>
          </w:p>
          <w:p w14:paraId="103FB355" w14:textId="77777777" w:rsidR="00FB78F8" w:rsidRDefault="00000000">
            <w:r>
              <w:t>____________________________________________________________</w:t>
            </w:r>
          </w:p>
          <w:p w14:paraId="76CF751B" w14:textId="77777777" w:rsidR="00FB78F8" w:rsidRDefault="00000000">
            <w:r>
              <w:t>____________________________________________________________</w:t>
            </w:r>
          </w:p>
          <w:p w14:paraId="0FCC739D" w14:textId="77777777" w:rsidR="00FB78F8" w:rsidRDefault="00000000">
            <w:r>
              <w:t>____________________________________________________________</w:t>
            </w:r>
          </w:p>
          <w:p w14:paraId="317C099B" w14:textId="77777777" w:rsidR="00FB78F8" w:rsidRDefault="00000000">
            <w:r>
              <w:t>____________________________________________________________</w:t>
            </w:r>
          </w:p>
        </w:tc>
      </w:tr>
    </w:tbl>
    <w:p w14:paraId="72C11FEB" w14:textId="77777777" w:rsidR="00FB78F8" w:rsidRDefault="00FB78F8"/>
    <w:p w14:paraId="75F27121" w14:textId="77777777" w:rsidR="00FB78F8" w:rsidRDefault="00000000">
      <w:r>
        <w:br w:type="page"/>
      </w:r>
    </w:p>
    <w:p w14:paraId="70EAFB71" w14:textId="77777777" w:rsidR="00FB78F8" w:rsidRDefault="00000000">
      <w:pPr>
        <w:pStyle w:val="Kop1"/>
      </w:pPr>
      <w:r>
        <w:lastRenderedPageBreak/>
        <w:t>6. Schuld, spijt en 'had ik maar…'</w:t>
      </w:r>
    </w:p>
    <w:p w14:paraId="01BD1305" w14:textId="77777777" w:rsidR="00FB78F8" w:rsidRDefault="00000000">
      <w:r>
        <w:t>Na verlies zoeken mensen vaak naar verklaringen. Gedachten als 'had ik maar…' kunnen proberen controle te herstellen over iets waar achteraf niet altijd controle over was.</w:t>
      </w:r>
    </w:p>
    <w:tbl>
      <w:tblPr>
        <w:tblW w:w="0" w:type="auto"/>
        <w:jc w:val="center"/>
        <w:tblLook w:val="04A0" w:firstRow="1" w:lastRow="0" w:firstColumn="1" w:lastColumn="0" w:noHBand="0" w:noVBand="1"/>
      </w:tblPr>
      <w:tblGrid>
        <w:gridCol w:w="9746"/>
      </w:tblGrid>
      <w:tr w:rsidR="00FB78F8" w14:paraId="57116BB5" w14:textId="77777777">
        <w:trPr>
          <w:jc w:val="center"/>
        </w:trPr>
        <w:tc>
          <w:tcPr>
            <w:tcW w:w="9746" w:type="dxa"/>
            <w:shd w:val="clear" w:color="auto" w:fill="F1E8E3"/>
            <w:vAlign w:val="center"/>
          </w:tcPr>
          <w:p w14:paraId="4D8F48C2" w14:textId="77777777" w:rsidR="00FB78F8" w:rsidRDefault="00000000">
            <w:r>
              <w:rPr>
                <w:b/>
              </w:rPr>
              <w:t>Mijn 'had ik maar…'</w:t>
            </w:r>
            <w:r>
              <w:br/>
              <w:t>Welke gedachte komt steeds terug?</w:t>
            </w:r>
          </w:p>
          <w:p w14:paraId="0CE71F30" w14:textId="77777777" w:rsidR="00FB78F8" w:rsidRDefault="00000000">
            <w:r>
              <w:t>____________________________________________________________</w:t>
            </w:r>
          </w:p>
          <w:p w14:paraId="19A41D5A" w14:textId="77777777" w:rsidR="00FB78F8" w:rsidRDefault="00000000">
            <w:r>
              <w:t>____________________________________________________________</w:t>
            </w:r>
          </w:p>
          <w:p w14:paraId="4806BFEA" w14:textId="77777777" w:rsidR="00FB78F8" w:rsidRDefault="00000000">
            <w:r>
              <w:t>____________________________________________________________</w:t>
            </w:r>
          </w:p>
          <w:p w14:paraId="45FD5304" w14:textId="77777777" w:rsidR="00FB78F8" w:rsidRDefault="00000000">
            <w:r>
              <w:t>____________________________________________________________</w:t>
            </w:r>
          </w:p>
          <w:p w14:paraId="2266A695" w14:textId="77777777" w:rsidR="00FB78F8" w:rsidRDefault="00000000">
            <w:r>
              <w:t>____________________________________________________________</w:t>
            </w:r>
          </w:p>
        </w:tc>
      </w:tr>
    </w:tbl>
    <w:p w14:paraId="525DE6D4" w14:textId="77777777" w:rsidR="00FB78F8" w:rsidRDefault="00FB78F8"/>
    <w:tbl>
      <w:tblPr>
        <w:tblW w:w="0" w:type="auto"/>
        <w:jc w:val="center"/>
        <w:tblLook w:val="04A0" w:firstRow="1" w:lastRow="0" w:firstColumn="1" w:lastColumn="0" w:noHBand="0" w:noVBand="1"/>
      </w:tblPr>
      <w:tblGrid>
        <w:gridCol w:w="9746"/>
      </w:tblGrid>
      <w:tr w:rsidR="00FB78F8" w14:paraId="71BD08A2" w14:textId="77777777">
        <w:trPr>
          <w:jc w:val="center"/>
        </w:trPr>
        <w:tc>
          <w:tcPr>
            <w:tcW w:w="9746" w:type="dxa"/>
            <w:shd w:val="clear" w:color="auto" w:fill="F1E8E3"/>
            <w:vAlign w:val="center"/>
          </w:tcPr>
          <w:p w14:paraId="776D3851" w14:textId="77777777" w:rsidR="00FB78F8" w:rsidRDefault="00000000">
            <w:r>
              <w:rPr>
                <w:b/>
              </w:rPr>
              <w:t>Wat wist ik toen?</w:t>
            </w:r>
            <w:r>
              <w:br/>
              <w:t>Welke informatie had ik op dat moment wel en niet?</w:t>
            </w:r>
          </w:p>
          <w:p w14:paraId="34166B72" w14:textId="77777777" w:rsidR="00FB78F8" w:rsidRDefault="00000000">
            <w:r>
              <w:t>____________________________________________________________</w:t>
            </w:r>
          </w:p>
          <w:p w14:paraId="5B24BD2B" w14:textId="77777777" w:rsidR="00FB78F8" w:rsidRDefault="00000000">
            <w:r>
              <w:t>____________________________________________________________</w:t>
            </w:r>
          </w:p>
          <w:p w14:paraId="2B7A02C6" w14:textId="77777777" w:rsidR="00FB78F8" w:rsidRDefault="00000000">
            <w:r>
              <w:t>____________________________________________________________</w:t>
            </w:r>
          </w:p>
          <w:p w14:paraId="02C92BD8" w14:textId="77777777" w:rsidR="00FB78F8" w:rsidRDefault="00000000">
            <w:r>
              <w:t>____________________________________________________________</w:t>
            </w:r>
          </w:p>
          <w:p w14:paraId="7AA39CA3" w14:textId="77777777" w:rsidR="00FB78F8" w:rsidRDefault="00000000">
            <w:r>
              <w:t>____________________________________________________________</w:t>
            </w:r>
          </w:p>
        </w:tc>
      </w:tr>
    </w:tbl>
    <w:p w14:paraId="7C012383" w14:textId="77777777" w:rsidR="00FB78F8" w:rsidRDefault="00FB78F8"/>
    <w:tbl>
      <w:tblPr>
        <w:tblW w:w="0" w:type="auto"/>
        <w:jc w:val="center"/>
        <w:tblLook w:val="04A0" w:firstRow="1" w:lastRow="0" w:firstColumn="1" w:lastColumn="0" w:noHBand="0" w:noVBand="1"/>
      </w:tblPr>
      <w:tblGrid>
        <w:gridCol w:w="9746"/>
      </w:tblGrid>
      <w:tr w:rsidR="00FB78F8" w14:paraId="169D5C72" w14:textId="77777777">
        <w:trPr>
          <w:jc w:val="center"/>
        </w:trPr>
        <w:tc>
          <w:tcPr>
            <w:tcW w:w="9746" w:type="dxa"/>
            <w:shd w:val="clear" w:color="auto" w:fill="F1E8E3"/>
            <w:vAlign w:val="center"/>
          </w:tcPr>
          <w:p w14:paraId="52BC51C0" w14:textId="77777777" w:rsidR="00FB78F8" w:rsidRDefault="00000000">
            <w:r>
              <w:rPr>
                <w:b/>
              </w:rPr>
              <w:t>Wat zou ik tegen iemand anders zeggen?</w:t>
            </w:r>
            <w:r>
              <w:br/>
              <w:t>Stel dat iemand van wie je houdt precies dezelfde situatie had meegemaakt. Wat zou je tegen die persoon zeggen?</w:t>
            </w:r>
          </w:p>
          <w:p w14:paraId="1D9901A7" w14:textId="77777777" w:rsidR="00FB78F8" w:rsidRDefault="00000000">
            <w:r>
              <w:t>____________________________________________________________</w:t>
            </w:r>
          </w:p>
          <w:p w14:paraId="11E12169" w14:textId="77777777" w:rsidR="00FB78F8" w:rsidRDefault="00000000">
            <w:r>
              <w:t>____________________________________________________________</w:t>
            </w:r>
          </w:p>
          <w:p w14:paraId="04CB8666" w14:textId="77777777" w:rsidR="00FB78F8" w:rsidRDefault="00000000">
            <w:r>
              <w:t>____________________________________________________________</w:t>
            </w:r>
          </w:p>
          <w:p w14:paraId="0EEFB4F3" w14:textId="77777777" w:rsidR="00FB78F8" w:rsidRDefault="00000000">
            <w:r>
              <w:t>____________________________________________________________</w:t>
            </w:r>
          </w:p>
          <w:p w14:paraId="1CFD831B" w14:textId="77777777" w:rsidR="00FB78F8" w:rsidRDefault="00000000">
            <w:r>
              <w:t>____________________________________________________________</w:t>
            </w:r>
          </w:p>
          <w:p w14:paraId="449B5875" w14:textId="77777777" w:rsidR="00FB78F8" w:rsidRDefault="00000000">
            <w:r>
              <w:t>____________________________________________________________</w:t>
            </w:r>
          </w:p>
        </w:tc>
      </w:tr>
    </w:tbl>
    <w:p w14:paraId="2DF03005" w14:textId="77777777" w:rsidR="00FB78F8" w:rsidRDefault="00FB78F8"/>
    <w:tbl>
      <w:tblPr>
        <w:tblW w:w="0" w:type="auto"/>
        <w:jc w:val="center"/>
        <w:tblLook w:val="04A0" w:firstRow="1" w:lastRow="0" w:firstColumn="1" w:lastColumn="0" w:noHBand="0" w:noVBand="1"/>
      </w:tblPr>
      <w:tblGrid>
        <w:gridCol w:w="9746"/>
      </w:tblGrid>
      <w:tr w:rsidR="00FB78F8" w14:paraId="3D70A879" w14:textId="77777777">
        <w:trPr>
          <w:jc w:val="center"/>
        </w:trPr>
        <w:tc>
          <w:tcPr>
            <w:tcW w:w="9746" w:type="dxa"/>
            <w:shd w:val="clear" w:color="auto" w:fill="F1E8E3"/>
            <w:vAlign w:val="center"/>
          </w:tcPr>
          <w:p w14:paraId="726F08E7" w14:textId="77777777" w:rsidR="00FB78F8" w:rsidRDefault="00000000">
            <w:r>
              <w:rPr>
                <w:b/>
              </w:rPr>
              <w:lastRenderedPageBreak/>
              <w:t>Een mildere zin</w:t>
            </w:r>
            <w:r>
              <w:br/>
              <w:t>Schrijf een zin die eerlijk is én minder hard voor jezelf.</w:t>
            </w:r>
          </w:p>
          <w:p w14:paraId="28B58500" w14:textId="77777777" w:rsidR="00FB78F8" w:rsidRDefault="00000000">
            <w:r>
              <w:t>____________________________________________________________</w:t>
            </w:r>
          </w:p>
          <w:p w14:paraId="56BC06DF" w14:textId="77777777" w:rsidR="00FB78F8" w:rsidRDefault="00000000">
            <w:r>
              <w:t>____________________________________________________________</w:t>
            </w:r>
          </w:p>
          <w:p w14:paraId="066089DC" w14:textId="77777777" w:rsidR="00FB78F8" w:rsidRDefault="00000000">
            <w:r>
              <w:t>____________________________________________________________</w:t>
            </w:r>
          </w:p>
          <w:p w14:paraId="40955F2A" w14:textId="77777777" w:rsidR="00FB78F8" w:rsidRDefault="00000000">
            <w:r>
              <w:t>____________________________________________________________</w:t>
            </w:r>
          </w:p>
        </w:tc>
      </w:tr>
    </w:tbl>
    <w:p w14:paraId="25FBF81C" w14:textId="77777777" w:rsidR="00FB78F8" w:rsidRDefault="00FB78F8"/>
    <w:p w14:paraId="4E6A0EF5" w14:textId="77777777" w:rsidR="00FB78F8" w:rsidRDefault="00000000">
      <w:r>
        <w:br w:type="page"/>
      </w:r>
    </w:p>
    <w:p w14:paraId="55CC9D1A" w14:textId="77777777" w:rsidR="00FB78F8" w:rsidRDefault="00000000">
      <w:pPr>
        <w:pStyle w:val="Kop1"/>
      </w:pPr>
      <w:r>
        <w:lastRenderedPageBreak/>
        <w:t>7. De band blijft bestaan</w:t>
      </w:r>
    </w:p>
    <w:p w14:paraId="25B3CEF4" w14:textId="77777777" w:rsidR="00FB78F8" w:rsidRDefault="00000000">
      <w:r>
        <w:t>Een verlies hoeft niet te betekenen dat de betekenis van iemand, een periode of een toekomst verdwijnt. Je kunt een innerlijke band of betekenis meenemen terwijl je leven verandert.</w:t>
      </w:r>
    </w:p>
    <w:tbl>
      <w:tblPr>
        <w:tblW w:w="0" w:type="auto"/>
        <w:jc w:val="center"/>
        <w:tblLook w:val="04A0" w:firstRow="1" w:lastRow="0" w:firstColumn="1" w:lastColumn="0" w:noHBand="0" w:noVBand="1"/>
      </w:tblPr>
      <w:tblGrid>
        <w:gridCol w:w="9746"/>
      </w:tblGrid>
      <w:tr w:rsidR="00FB78F8" w14:paraId="5692BC3A" w14:textId="77777777">
        <w:trPr>
          <w:jc w:val="center"/>
        </w:trPr>
        <w:tc>
          <w:tcPr>
            <w:tcW w:w="9746" w:type="dxa"/>
            <w:shd w:val="clear" w:color="auto" w:fill="F1E8E3"/>
            <w:vAlign w:val="center"/>
          </w:tcPr>
          <w:p w14:paraId="7E173EAE" w14:textId="77777777" w:rsidR="00FB78F8" w:rsidRDefault="00000000">
            <w:r>
              <w:rPr>
                <w:b/>
              </w:rPr>
              <w:t>Wat wil ik bewaren?</w:t>
            </w:r>
            <w:r>
              <w:br/>
              <w:t>Welke herinneringen, eigenschappen, lessen, waarden of momenten wil ik meenemen?</w:t>
            </w:r>
          </w:p>
          <w:p w14:paraId="5CCC8375" w14:textId="77777777" w:rsidR="00FB78F8" w:rsidRDefault="00000000">
            <w:r>
              <w:t>____________________________________________________________</w:t>
            </w:r>
          </w:p>
          <w:p w14:paraId="2CDC0F39" w14:textId="77777777" w:rsidR="00FB78F8" w:rsidRDefault="00000000">
            <w:r>
              <w:t>____________________________________________________________</w:t>
            </w:r>
          </w:p>
          <w:p w14:paraId="1140D0E1" w14:textId="77777777" w:rsidR="00FB78F8" w:rsidRDefault="00000000">
            <w:r>
              <w:t>____________________________________________________________</w:t>
            </w:r>
          </w:p>
          <w:p w14:paraId="7E9A130A" w14:textId="77777777" w:rsidR="00FB78F8" w:rsidRDefault="00000000">
            <w:r>
              <w:t>____________________________________________________________</w:t>
            </w:r>
          </w:p>
          <w:p w14:paraId="77D95586" w14:textId="77777777" w:rsidR="00FB78F8" w:rsidRDefault="00000000">
            <w:r>
              <w:t>____________________________________________________________</w:t>
            </w:r>
          </w:p>
          <w:p w14:paraId="67B2EF49" w14:textId="77777777" w:rsidR="00FB78F8" w:rsidRDefault="00000000">
            <w:r>
              <w:t>____________________________________________________________</w:t>
            </w:r>
          </w:p>
        </w:tc>
      </w:tr>
    </w:tbl>
    <w:p w14:paraId="564BEECF" w14:textId="77777777" w:rsidR="00FB78F8" w:rsidRDefault="00FB78F8"/>
    <w:tbl>
      <w:tblPr>
        <w:tblW w:w="0" w:type="auto"/>
        <w:jc w:val="center"/>
        <w:tblLook w:val="04A0" w:firstRow="1" w:lastRow="0" w:firstColumn="1" w:lastColumn="0" w:noHBand="0" w:noVBand="1"/>
      </w:tblPr>
      <w:tblGrid>
        <w:gridCol w:w="9746"/>
      </w:tblGrid>
      <w:tr w:rsidR="00FB78F8" w14:paraId="016D7EE0" w14:textId="77777777">
        <w:trPr>
          <w:jc w:val="center"/>
        </w:trPr>
        <w:tc>
          <w:tcPr>
            <w:tcW w:w="9746" w:type="dxa"/>
            <w:shd w:val="clear" w:color="auto" w:fill="F1E8E3"/>
            <w:vAlign w:val="center"/>
          </w:tcPr>
          <w:p w14:paraId="3A157110" w14:textId="77777777" w:rsidR="00FB78F8" w:rsidRDefault="00000000">
            <w:r>
              <w:rPr>
                <w:b/>
              </w:rPr>
              <w:t>Wat heb ik geleerd?</w:t>
            </w:r>
            <w:r>
              <w:br/>
              <w:t>Wat heeft deze persoon, relatie, periode of ervaring voor mij betekend?</w:t>
            </w:r>
          </w:p>
          <w:p w14:paraId="639F41EF" w14:textId="77777777" w:rsidR="00FB78F8" w:rsidRDefault="00000000">
            <w:r>
              <w:t>____________________________________________________________</w:t>
            </w:r>
          </w:p>
          <w:p w14:paraId="6FB166D5" w14:textId="77777777" w:rsidR="00FB78F8" w:rsidRDefault="00000000">
            <w:r>
              <w:t>____________________________________________________________</w:t>
            </w:r>
          </w:p>
          <w:p w14:paraId="03C2E0A2" w14:textId="77777777" w:rsidR="00FB78F8" w:rsidRDefault="00000000">
            <w:r>
              <w:t>____________________________________________________________</w:t>
            </w:r>
          </w:p>
          <w:p w14:paraId="66306604" w14:textId="77777777" w:rsidR="00FB78F8" w:rsidRDefault="00000000">
            <w:r>
              <w:t>____________________________________________________________</w:t>
            </w:r>
          </w:p>
          <w:p w14:paraId="69C68603" w14:textId="77777777" w:rsidR="00FB78F8" w:rsidRDefault="00000000">
            <w:r>
              <w:t>____________________________________________________________</w:t>
            </w:r>
          </w:p>
          <w:p w14:paraId="001003C6" w14:textId="77777777" w:rsidR="00FB78F8" w:rsidRDefault="00000000">
            <w:r>
              <w:t>____________________________________________________________</w:t>
            </w:r>
          </w:p>
        </w:tc>
      </w:tr>
    </w:tbl>
    <w:p w14:paraId="60A916D7" w14:textId="77777777" w:rsidR="00FB78F8" w:rsidRDefault="00FB78F8"/>
    <w:tbl>
      <w:tblPr>
        <w:tblW w:w="0" w:type="auto"/>
        <w:jc w:val="center"/>
        <w:tblLook w:val="04A0" w:firstRow="1" w:lastRow="0" w:firstColumn="1" w:lastColumn="0" w:noHBand="0" w:noVBand="1"/>
      </w:tblPr>
      <w:tblGrid>
        <w:gridCol w:w="9746"/>
      </w:tblGrid>
      <w:tr w:rsidR="00FB78F8" w14:paraId="0ADC5FA1" w14:textId="77777777">
        <w:trPr>
          <w:jc w:val="center"/>
        </w:trPr>
        <w:tc>
          <w:tcPr>
            <w:tcW w:w="9746" w:type="dxa"/>
            <w:shd w:val="clear" w:color="auto" w:fill="F1E8E3"/>
            <w:vAlign w:val="center"/>
          </w:tcPr>
          <w:p w14:paraId="51DE17D4" w14:textId="77777777" w:rsidR="00FB78F8" w:rsidRDefault="00000000">
            <w:r>
              <w:rPr>
                <w:b/>
              </w:rPr>
              <w:t>Als ik kon praten…</w:t>
            </w:r>
            <w:r>
              <w:br/>
              <w:t>Wat zou ik nog willen zeggen? Wat zou ik nog willen vragen?</w:t>
            </w:r>
          </w:p>
          <w:p w14:paraId="5045077E" w14:textId="77777777" w:rsidR="00FB78F8" w:rsidRDefault="00000000">
            <w:r>
              <w:t>____________________________________________________________</w:t>
            </w:r>
          </w:p>
          <w:p w14:paraId="033D40B2" w14:textId="77777777" w:rsidR="00FB78F8" w:rsidRDefault="00000000">
            <w:r>
              <w:t>____________________________________________________________</w:t>
            </w:r>
          </w:p>
          <w:p w14:paraId="5FE7B0EC" w14:textId="77777777" w:rsidR="00FB78F8" w:rsidRDefault="00000000">
            <w:r>
              <w:t>____________________________________________________________</w:t>
            </w:r>
          </w:p>
          <w:p w14:paraId="567B39C8" w14:textId="77777777" w:rsidR="00FB78F8" w:rsidRDefault="00000000">
            <w:r>
              <w:t>____________________________________________________________</w:t>
            </w:r>
          </w:p>
          <w:p w14:paraId="50649BA6" w14:textId="77777777" w:rsidR="00FB78F8" w:rsidRDefault="00000000">
            <w:r>
              <w:t>____________________________________________________________</w:t>
            </w:r>
          </w:p>
          <w:p w14:paraId="3EB42205" w14:textId="77777777" w:rsidR="00FB78F8" w:rsidRDefault="00000000">
            <w:r>
              <w:lastRenderedPageBreak/>
              <w:t>____________________________________________________________</w:t>
            </w:r>
          </w:p>
          <w:p w14:paraId="1F89F72E" w14:textId="77777777" w:rsidR="00FB78F8" w:rsidRDefault="00000000">
            <w:r>
              <w:t>____________________________________________________________</w:t>
            </w:r>
          </w:p>
        </w:tc>
      </w:tr>
    </w:tbl>
    <w:p w14:paraId="434D54A4" w14:textId="77777777" w:rsidR="00FB78F8" w:rsidRDefault="00FB78F8"/>
    <w:tbl>
      <w:tblPr>
        <w:tblW w:w="0" w:type="auto"/>
        <w:jc w:val="center"/>
        <w:tblLook w:val="04A0" w:firstRow="1" w:lastRow="0" w:firstColumn="1" w:lastColumn="0" w:noHBand="0" w:noVBand="1"/>
      </w:tblPr>
      <w:tblGrid>
        <w:gridCol w:w="9746"/>
      </w:tblGrid>
      <w:tr w:rsidR="00FB78F8" w14:paraId="30B8980D" w14:textId="77777777">
        <w:trPr>
          <w:jc w:val="center"/>
        </w:trPr>
        <w:tc>
          <w:tcPr>
            <w:tcW w:w="9746" w:type="dxa"/>
            <w:shd w:val="clear" w:color="auto" w:fill="F1E8E3"/>
            <w:vAlign w:val="center"/>
          </w:tcPr>
          <w:p w14:paraId="08B4F76A" w14:textId="77777777" w:rsidR="00FB78F8" w:rsidRDefault="00000000">
            <w:r>
              <w:rPr>
                <w:b/>
              </w:rPr>
              <w:t>Wat zou ik willen meenemen naar mijn toekomst?</w:t>
            </w:r>
            <w:r>
              <w:br/>
              <w:t>Welke waarde of herinnering mag onderdeel blijven van mijn leven?</w:t>
            </w:r>
          </w:p>
          <w:p w14:paraId="21845D33" w14:textId="77777777" w:rsidR="00FB78F8" w:rsidRDefault="00000000">
            <w:r>
              <w:t>____________________________________________________________</w:t>
            </w:r>
          </w:p>
          <w:p w14:paraId="6DF83023" w14:textId="77777777" w:rsidR="00FB78F8" w:rsidRDefault="00000000">
            <w:r>
              <w:t>____________________________________________________________</w:t>
            </w:r>
          </w:p>
          <w:p w14:paraId="655B9AE9" w14:textId="77777777" w:rsidR="00FB78F8" w:rsidRDefault="00000000">
            <w:r>
              <w:t>____________________________________________________________</w:t>
            </w:r>
          </w:p>
          <w:p w14:paraId="0652C194" w14:textId="77777777" w:rsidR="00FB78F8" w:rsidRDefault="00000000">
            <w:r>
              <w:t>____________________________________________________________</w:t>
            </w:r>
          </w:p>
          <w:p w14:paraId="2FD8F194" w14:textId="77777777" w:rsidR="00FB78F8" w:rsidRDefault="00000000">
            <w:r>
              <w:t>____________________________________________________________</w:t>
            </w:r>
          </w:p>
        </w:tc>
      </w:tr>
    </w:tbl>
    <w:p w14:paraId="34AE0A08" w14:textId="77777777" w:rsidR="00FB78F8" w:rsidRDefault="00FB78F8"/>
    <w:p w14:paraId="13C3B08C" w14:textId="77777777" w:rsidR="00FB78F8" w:rsidRDefault="00000000">
      <w:r>
        <w:br w:type="page"/>
      </w:r>
    </w:p>
    <w:p w14:paraId="5558A3F4" w14:textId="77777777" w:rsidR="00FB78F8" w:rsidRDefault="00000000">
      <w:pPr>
        <w:pStyle w:val="Kop1"/>
      </w:pPr>
      <w:r>
        <w:lastRenderedPageBreak/>
        <w:t>8. Wie ben ik nu?</w:t>
      </w:r>
    </w:p>
    <w:p w14:paraId="4496B137" w14:textId="77777777" w:rsidR="00FB78F8" w:rsidRDefault="00000000">
      <w:r>
        <w:t>Verlies verandert soms niet alleen je omstandigheden, maar ook je beeld van jezelf. Je hoeft niet meteen te weten wie je nu bent.</w:t>
      </w:r>
    </w:p>
    <w:tbl>
      <w:tblPr>
        <w:tblW w:w="0" w:type="auto"/>
        <w:tblLook w:val="04A0" w:firstRow="1" w:lastRow="0" w:firstColumn="1" w:lastColumn="0" w:noHBand="0" w:noVBand="1"/>
      </w:tblPr>
      <w:tblGrid>
        <w:gridCol w:w="4873"/>
        <w:gridCol w:w="4873"/>
      </w:tblGrid>
      <w:tr w:rsidR="00FB78F8" w14:paraId="6C414595" w14:textId="77777777">
        <w:tc>
          <w:tcPr>
            <w:tcW w:w="4873" w:type="dxa"/>
            <w:shd w:val="clear" w:color="auto" w:fill="F1E8E3"/>
          </w:tcPr>
          <w:p w14:paraId="64196232" w14:textId="77777777" w:rsidR="00FB78F8" w:rsidRDefault="00000000">
            <w:r>
              <w:t>Voor het verlies</w:t>
            </w:r>
          </w:p>
        </w:tc>
        <w:tc>
          <w:tcPr>
            <w:tcW w:w="4873" w:type="dxa"/>
            <w:shd w:val="clear" w:color="auto" w:fill="F1E8E3"/>
          </w:tcPr>
          <w:p w14:paraId="3CD9027D" w14:textId="77777777" w:rsidR="00FB78F8" w:rsidRDefault="00000000">
            <w:r>
              <w:t>Nu</w:t>
            </w:r>
          </w:p>
        </w:tc>
      </w:tr>
      <w:tr w:rsidR="00FB78F8" w14:paraId="21AC3D91" w14:textId="77777777">
        <w:tc>
          <w:tcPr>
            <w:tcW w:w="4873" w:type="dxa"/>
          </w:tcPr>
          <w:p w14:paraId="1F174C9B" w14:textId="77777777" w:rsidR="00FB78F8" w:rsidRDefault="00000000">
            <w:r>
              <w:t>Dit vond ik belangrijk…</w:t>
            </w:r>
            <w:r>
              <w:br/>
              <w:t>________________________</w:t>
            </w:r>
          </w:p>
        </w:tc>
        <w:tc>
          <w:tcPr>
            <w:tcW w:w="4873" w:type="dxa"/>
          </w:tcPr>
          <w:p w14:paraId="5BE2AA4D" w14:textId="77777777" w:rsidR="00FB78F8" w:rsidRDefault="00000000">
            <w:r>
              <w:t>________________________</w:t>
            </w:r>
          </w:p>
        </w:tc>
      </w:tr>
      <w:tr w:rsidR="00FB78F8" w14:paraId="7C03C8F0" w14:textId="77777777">
        <w:tc>
          <w:tcPr>
            <w:tcW w:w="4873" w:type="dxa"/>
          </w:tcPr>
          <w:p w14:paraId="67C2A53C" w14:textId="77777777" w:rsidR="00FB78F8" w:rsidRDefault="00000000">
            <w:r>
              <w:t>Zo zag mijn dagelijks leven eruit…</w:t>
            </w:r>
            <w:r>
              <w:br/>
              <w:t>________________________</w:t>
            </w:r>
          </w:p>
        </w:tc>
        <w:tc>
          <w:tcPr>
            <w:tcW w:w="4873" w:type="dxa"/>
          </w:tcPr>
          <w:p w14:paraId="3149EC87" w14:textId="77777777" w:rsidR="00FB78F8" w:rsidRDefault="00000000">
            <w:r>
              <w:t>________________________</w:t>
            </w:r>
          </w:p>
        </w:tc>
      </w:tr>
      <w:tr w:rsidR="00FB78F8" w14:paraId="221DAA86" w14:textId="77777777">
        <w:tc>
          <w:tcPr>
            <w:tcW w:w="4873" w:type="dxa"/>
          </w:tcPr>
          <w:p w14:paraId="38408D7C" w14:textId="77777777" w:rsidR="00FB78F8" w:rsidRDefault="00000000">
            <w:r>
              <w:t>Zo zag ik mezelf…</w:t>
            </w:r>
            <w:r>
              <w:br/>
              <w:t>________________________</w:t>
            </w:r>
          </w:p>
        </w:tc>
        <w:tc>
          <w:tcPr>
            <w:tcW w:w="4873" w:type="dxa"/>
          </w:tcPr>
          <w:p w14:paraId="1F808FE9" w14:textId="77777777" w:rsidR="00FB78F8" w:rsidRDefault="00000000">
            <w:r>
              <w:t>________________________</w:t>
            </w:r>
          </w:p>
        </w:tc>
      </w:tr>
      <w:tr w:rsidR="00FB78F8" w14:paraId="08BC7DF2" w14:textId="77777777">
        <w:tc>
          <w:tcPr>
            <w:tcW w:w="4873" w:type="dxa"/>
          </w:tcPr>
          <w:p w14:paraId="67239817" w14:textId="77777777" w:rsidR="00FB78F8" w:rsidRDefault="00000000">
            <w:r>
              <w:t>Dit gaf mij vertrouwen…</w:t>
            </w:r>
            <w:r>
              <w:br/>
              <w:t>________________________</w:t>
            </w:r>
          </w:p>
        </w:tc>
        <w:tc>
          <w:tcPr>
            <w:tcW w:w="4873" w:type="dxa"/>
          </w:tcPr>
          <w:p w14:paraId="5B8E9A26" w14:textId="77777777" w:rsidR="00FB78F8" w:rsidRDefault="00000000">
            <w:r>
              <w:t>________________________</w:t>
            </w:r>
          </w:p>
        </w:tc>
      </w:tr>
      <w:tr w:rsidR="00FB78F8" w14:paraId="1C34D8A3" w14:textId="77777777">
        <w:tc>
          <w:tcPr>
            <w:tcW w:w="4873" w:type="dxa"/>
          </w:tcPr>
          <w:p w14:paraId="42387419" w14:textId="77777777" w:rsidR="00FB78F8" w:rsidRDefault="00000000">
            <w:r>
              <w:t>Dit had ik voor de toekomst voor ogen…</w:t>
            </w:r>
            <w:r>
              <w:br/>
              <w:t>________________________</w:t>
            </w:r>
          </w:p>
        </w:tc>
        <w:tc>
          <w:tcPr>
            <w:tcW w:w="4873" w:type="dxa"/>
          </w:tcPr>
          <w:p w14:paraId="0ACAABFE" w14:textId="77777777" w:rsidR="00FB78F8" w:rsidRDefault="00000000">
            <w:r>
              <w:t>________________________</w:t>
            </w:r>
          </w:p>
        </w:tc>
      </w:tr>
      <w:tr w:rsidR="00FB78F8" w14:paraId="06623BEF" w14:textId="77777777">
        <w:tblPrEx>
          <w:jc w:val="center"/>
        </w:tblPrEx>
        <w:trPr>
          <w:jc w:val="center"/>
        </w:trPr>
        <w:tc>
          <w:tcPr>
            <w:tcW w:w="9746" w:type="dxa"/>
            <w:gridSpan w:val="2"/>
            <w:shd w:val="clear" w:color="auto" w:fill="F1E8E3"/>
            <w:vAlign w:val="center"/>
          </w:tcPr>
          <w:p w14:paraId="3267A2E2" w14:textId="77777777" w:rsidR="00FB78F8" w:rsidRDefault="00000000">
            <w:r>
              <w:rPr>
                <w:b/>
              </w:rPr>
              <w:t>Wat wil ik opnieuw ontdekken?</w:t>
            </w:r>
            <w:r>
              <w:br/>
              <w:t>Welke kant van mezelf wil ik terugvinden of juist voor het eerst ontwikkelen?</w:t>
            </w:r>
          </w:p>
          <w:p w14:paraId="4CE07E62" w14:textId="77777777" w:rsidR="00FB78F8" w:rsidRDefault="00000000">
            <w:r>
              <w:t>____________________________________________________________</w:t>
            </w:r>
          </w:p>
          <w:p w14:paraId="5B5D5DFA" w14:textId="77777777" w:rsidR="00FB78F8" w:rsidRDefault="00000000">
            <w:r>
              <w:t>____________________________________________________________</w:t>
            </w:r>
          </w:p>
          <w:p w14:paraId="27EB1AA3" w14:textId="77777777" w:rsidR="00FB78F8" w:rsidRDefault="00000000">
            <w:r>
              <w:t>____________________________________________________________</w:t>
            </w:r>
          </w:p>
          <w:p w14:paraId="01699864" w14:textId="77777777" w:rsidR="00FB78F8" w:rsidRDefault="00000000">
            <w:r>
              <w:t>____________________________________________________________</w:t>
            </w:r>
          </w:p>
          <w:p w14:paraId="4B07D825" w14:textId="77777777" w:rsidR="00FB78F8" w:rsidRDefault="00000000">
            <w:r>
              <w:t>____________________________________________________________</w:t>
            </w:r>
          </w:p>
          <w:p w14:paraId="06FBD68B" w14:textId="77777777" w:rsidR="00FB78F8" w:rsidRDefault="00000000">
            <w:r>
              <w:t>____________________________________________________________</w:t>
            </w:r>
          </w:p>
        </w:tc>
      </w:tr>
    </w:tbl>
    <w:p w14:paraId="01A20476" w14:textId="77777777" w:rsidR="00FB78F8" w:rsidRDefault="00FB78F8"/>
    <w:p w14:paraId="3F91E507" w14:textId="77777777" w:rsidR="00FB78F8" w:rsidRDefault="00000000">
      <w:r>
        <w:br w:type="page"/>
      </w:r>
    </w:p>
    <w:p w14:paraId="5B0C264B" w14:textId="77777777" w:rsidR="00FB78F8" w:rsidRDefault="00000000">
      <w:pPr>
        <w:pStyle w:val="Kop1"/>
      </w:pPr>
      <w:r>
        <w:lastRenderedPageBreak/>
        <w:t>9. Balans tussen voelen en doorgaan</w:t>
      </w:r>
    </w:p>
    <w:p w14:paraId="7C25EE00" w14:textId="77777777" w:rsidR="00FB78F8" w:rsidRDefault="00000000">
      <w:r>
        <w:t>Rouwen betekent niet dat je voortdurend met je verlies bezig moet zijn. Het kan helpend zijn om af te wisselen tussen ruimte maken voor je verdriet en ruimte maken voor het gewone leven.</w:t>
      </w:r>
    </w:p>
    <w:tbl>
      <w:tblPr>
        <w:tblW w:w="0" w:type="auto"/>
        <w:tblLook w:val="04A0" w:firstRow="1" w:lastRow="0" w:firstColumn="1" w:lastColumn="0" w:noHBand="0" w:noVBand="1"/>
      </w:tblPr>
      <w:tblGrid>
        <w:gridCol w:w="4873"/>
        <w:gridCol w:w="4873"/>
      </w:tblGrid>
      <w:tr w:rsidR="00FB78F8" w14:paraId="3F820D08" w14:textId="77777777">
        <w:tc>
          <w:tcPr>
            <w:tcW w:w="4873" w:type="dxa"/>
            <w:shd w:val="clear" w:color="auto" w:fill="F1E8E3"/>
          </w:tcPr>
          <w:p w14:paraId="56285F46" w14:textId="77777777" w:rsidR="00FB78F8" w:rsidRDefault="00000000">
            <w:r>
              <w:t>Ruimte voor rouw</w:t>
            </w:r>
          </w:p>
        </w:tc>
        <w:tc>
          <w:tcPr>
            <w:tcW w:w="4873" w:type="dxa"/>
            <w:shd w:val="clear" w:color="auto" w:fill="F1E8E3"/>
          </w:tcPr>
          <w:p w14:paraId="65DBE236" w14:textId="77777777" w:rsidR="00FB78F8" w:rsidRDefault="00000000">
            <w:r>
              <w:t>Ruimte voor leven</w:t>
            </w:r>
          </w:p>
        </w:tc>
      </w:tr>
      <w:tr w:rsidR="00FB78F8" w14:paraId="5F5C714B" w14:textId="77777777">
        <w:tc>
          <w:tcPr>
            <w:tcW w:w="4873" w:type="dxa"/>
          </w:tcPr>
          <w:p w14:paraId="7B3AB675" w14:textId="77777777" w:rsidR="00FB78F8" w:rsidRDefault="00000000">
            <w:r>
              <w:t>Wat helpt mij voelen/verwerken?</w:t>
            </w:r>
            <w:r>
              <w:br/>
              <w:t>________________</w:t>
            </w:r>
          </w:p>
        </w:tc>
        <w:tc>
          <w:tcPr>
            <w:tcW w:w="4873" w:type="dxa"/>
          </w:tcPr>
          <w:p w14:paraId="16769C72" w14:textId="77777777" w:rsidR="00FB78F8" w:rsidRDefault="00000000">
            <w:r>
              <w:t>Wat helpt mij leven/herstellen?</w:t>
            </w:r>
            <w:r>
              <w:br/>
              <w:t>________________</w:t>
            </w:r>
          </w:p>
        </w:tc>
      </w:tr>
      <w:tr w:rsidR="00FB78F8" w14:paraId="57EA9A65" w14:textId="77777777">
        <w:tc>
          <w:tcPr>
            <w:tcW w:w="4873" w:type="dxa"/>
          </w:tcPr>
          <w:p w14:paraId="787326B4" w14:textId="77777777" w:rsidR="00FB78F8" w:rsidRDefault="00000000">
            <w:r>
              <w:t>Wat helpt mij voelen/verwerken?</w:t>
            </w:r>
            <w:r>
              <w:br/>
              <w:t>________________</w:t>
            </w:r>
          </w:p>
        </w:tc>
        <w:tc>
          <w:tcPr>
            <w:tcW w:w="4873" w:type="dxa"/>
          </w:tcPr>
          <w:p w14:paraId="74A0CD22" w14:textId="77777777" w:rsidR="00FB78F8" w:rsidRDefault="00000000">
            <w:r>
              <w:t>Wat helpt mij leven/herstellen?</w:t>
            </w:r>
            <w:r>
              <w:br/>
              <w:t>________________</w:t>
            </w:r>
          </w:p>
        </w:tc>
      </w:tr>
      <w:tr w:rsidR="00FB78F8" w14:paraId="62F66530" w14:textId="77777777">
        <w:tc>
          <w:tcPr>
            <w:tcW w:w="4873" w:type="dxa"/>
          </w:tcPr>
          <w:p w14:paraId="5E31F712" w14:textId="77777777" w:rsidR="00FB78F8" w:rsidRDefault="00000000">
            <w:r>
              <w:t>Wat helpt mij voelen/verwerken?</w:t>
            </w:r>
            <w:r>
              <w:br/>
              <w:t>________________</w:t>
            </w:r>
          </w:p>
        </w:tc>
        <w:tc>
          <w:tcPr>
            <w:tcW w:w="4873" w:type="dxa"/>
          </w:tcPr>
          <w:p w14:paraId="3DE05A56" w14:textId="77777777" w:rsidR="00FB78F8" w:rsidRDefault="00000000">
            <w:r>
              <w:t>Wat helpt mij leven/herstellen?</w:t>
            </w:r>
            <w:r>
              <w:br/>
              <w:t>________________</w:t>
            </w:r>
          </w:p>
        </w:tc>
      </w:tr>
      <w:tr w:rsidR="00FB78F8" w14:paraId="22BB743F" w14:textId="77777777">
        <w:tc>
          <w:tcPr>
            <w:tcW w:w="4873" w:type="dxa"/>
          </w:tcPr>
          <w:p w14:paraId="2194DB60" w14:textId="77777777" w:rsidR="00FB78F8" w:rsidRDefault="00000000">
            <w:r>
              <w:t>Wat helpt mij voelen/verwerken?</w:t>
            </w:r>
            <w:r>
              <w:br/>
              <w:t>________________</w:t>
            </w:r>
          </w:p>
        </w:tc>
        <w:tc>
          <w:tcPr>
            <w:tcW w:w="4873" w:type="dxa"/>
          </w:tcPr>
          <w:p w14:paraId="66B0ABCB" w14:textId="77777777" w:rsidR="00FB78F8" w:rsidRDefault="00000000">
            <w:r>
              <w:t>Wat helpt mij leven/herstellen?</w:t>
            </w:r>
            <w:r>
              <w:br/>
              <w:t>________________</w:t>
            </w:r>
          </w:p>
        </w:tc>
      </w:tr>
      <w:tr w:rsidR="00FB78F8" w14:paraId="0B5ADCE9" w14:textId="77777777">
        <w:tc>
          <w:tcPr>
            <w:tcW w:w="4873" w:type="dxa"/>
          </w:tcPr>
          <w:p w14:paraId="0C676523" w14:textId="77777777" w:rsidR="00FB78F8" w:rsidRDefault="00000000">
            <w:r>
              <w:t>Wat helpt mij voelen/verwerken?</w:t>
            </w:r>
            <w:r>
              <w:br/>
              <w:t>________________</w:t>
            </w:r>
          </w:p>
        </w:tc>
        <w:tc>
          <w:tcPr>
            <w:tcW w:w="4873" w:type="dxa"/>
          </w:tcPr>
          <w:p w14:paraId="759FB7CB" w14:textId="77777777" w:rsidR="00FB78F8" w:rsidRDefault="00000000">
            <w:r>
              <w:t>Wat helpt mij leven/herstellen?</w:t>
            </w:r>
            <w:r>
              <w:br/>
              <w:t>________________</w:t>
            </w:r>
          </w:p>
        </w:tc>
      </w:tr>
      <w:tr w:rsidR="00FB78F8" w14:paraId="05FF0512" w14:textId="77777777">
        <w:tc>
          <w:tcPr>
            <w:tcW w:w="4873" w:type="dxa"/>
          </w:tcPr>
          <w:p w14:paraId="37D99B5B" w14:textId="77777777" w:rsidR="00FB78F8" w:rsidRDefault="00000000">
            <w:r>
              <w:t>Wat helpt mij voelen/verwerken?</w:t>
            </w:r>
            <w:r>
              <w:br/>
              <w:t>________________</w:t>
            </w:r>
          </w:p>
        </w:tc>
        <w:tc>
          <w:tcPr>
            <w:tcW w:w="4873" w:type="dxa"/>
          </w:tcPr>
          <w:p w14:paraId="3229BB31" w14:textId="77777777" w:rsidR="00FB78F8" w:rsidRDefault="00000000">
            <w:r>
              <w:t>Wat helpt mij leven/herstellen?</w:t>
            </w:r>
            <w:r>
              <w:br/>
              <w:t>________________</w:t>
            </w:r>
          </w:p>
        </w:tc>
      </w:tr>
      <w:tr w:rsidR="00FB78F8" w14:paraId="1F21B430" w14:textId="77777777">
        <w:tc>
          <w:tcPr>
            <w:tcW w:w="4873" w:type="dxa"/>
          </w:tcPr>
          <w:p w14:paraId="237234D8" w14:textId="77777777" w:rsidR="00FB78F8" w:rsidRDefault="00000000">
            <w:r>
              <w:t>Wat helpt mij voelen/verwerken?</w:t>
            </w:r>
            <w:r>
              <w:br/>
              <w:t>________________</w:t>
            </w:r>
          </w:p>
        </w:tc>
        <w:tc>
          <w:tcPr>
            <w:tcW w:w="4873" w:type="dxa"/>
          </w:tcPr>
          <w:p w14:paraId="6F6209DF" w14:textId="77777777" w:rsidR="00FB78F8" w:rsidRDefault="00000000">
            <w:r>
              <w:t>Wat helpt mij leven/herstellen?</w:t>
            </w:r>
            <w:r>
              <w:br/>
              <w:t>________________</w:t>
            </w:r>
          </w:p>
        </w:tc>
      </w:tr>
      <w:tr w:rsidR="00FB78F8" w14:paraId="4F151695" w14:textId="77777777">
        <w:tblPrEx>
          <w:jc w:val="center"/>
        </w:tblPrEx>
        <w:trPr>
          <w:jc w:val="center"/>
        </w:trPr>
        <w:tc>
          <w:tcPr>
            <w:tcW w:w="9746" w:type="dxa"/>
            <w:gridSpan w:val="2"/>
            <w:shd w:val="clear" w:color="auto" w:fill="F1E8E3"/>
            <w:vAlign w:val="center"/>
          </w:tcPr>
          <w:p w14:paraId="6B0A58CC" w14:textId="77777777" w:rsidR="00FB78F8" w:rsidRDefault="00000000">
            <w:r>
              <w:rPr>
                <w:b/>
              </w:rPr>
              <w:t>Waar zit mijn balans?</w:t>
            </w:r>
            <w:r>
              <w:br/>
              <w:t>Heb ik vooral meer ruimte voor rouw nodig, of juist meer ruimte voor het gewone leven?</w:t>
            </w:r>
          </w:p>
          <w:p w14:paraId="06FD6F44" w14:textId="77777777" w:rsidR="00FB78F8" w:rsidRDefault="00000000">
            <w:r>
              <w:t>____________________________________________________________</w:t>
            </w:r>
          </w:p>
          <w:p w14:paraId="43A23F92" w14:textId="77777777" w:rsidR="00FB78F8" w:rsidRDefault="00000000">
            <w:r>
              <w:t>____________________________________________________________</w:t>
            </w:r>
          </w:p>
          <w:p w14:paraId="426DA2E6" w14:textId="77777777" w:rsidR="00FB78F8" w:rsidRDefault="00000000">
            <w:r>
              <w:t>____________________________________________________________</w:t>
            </w:r>
          </w:p>
          <w:p w14:paraId="030F29C0" w14:textId="77777777" w:rsidR="00FB78F8" w:rsidRDefault="00000000">
            <w:r>
              <w:t>____________________________________________________________</w:t>
            </w:r>
          </w:p>
          <w:p w14:paraId="77C15635" w14:textId="77777777" w:rsidR="00FB78F8" w:rsidRDefault="00000000">
            <w:r>
              <w:t>____________________________________________________________</w:t>
            </w:r>
          </w:p>
        </w:tc>
      </w:tr>
    </w:tbl>
    <w:p w14:paraId="77102F1D" w14:textId="77777777" w:rsidR="00FB78F8" w:rsidRDefault="00FB78F8"/>
    <w:p w14:paraId="42EC5556" w14:textId="77777777" w:rsidR="00FB78F8" w:rsidRDefault="00000000">
      <w:r>
        <w:br w:type="page"/>
      </w:r>
    </w:p>
    <w:p w14:paraId="7F9289FF" w14:textId="77777777" w:rsidR="00FB78F8" w:rsidRDefault="00000000">
      <w:pPr>
        <w:pStyle w:val="Kop1"/>
      </w:pPr>
      <w:r>
        <w:lastRenderedPageBreak/>
        <w:t>10. Mijn steunnetwerk</w:t>
      </w:r>
    </w:p>
    <w:p w14:paraId="33C4FFF6" w14:textId="77777777" w:rsidR="00FB78F8" w:rsidRDefault="00000000">
      <w:r>
        <w:t>Je hoeft rouw niet alleen te dragen. Niet iedereen hoeft hetzelfde te kunnen bieden.</w:t>
      </w:r>
    </w:p>
    <w:tbl>
      <w:tblPr>
        <w:tblW w:w="0" w:type="auto"/>
        <w:tblLook w:val="04A0" w:firstRow="1" w:lastRow="0" w:firstColumn="1" w:lastColumn="0" w:noHBand="0" w:noVBand="1"/>
      </w:tblPr>
      <w:tblGrid>
        <w:gridCol w:w="2436"/>
        <w:gridCol w:w="2436"/>
        <w:gridCol w:w="2436"/>
        <w:gridCol w:w="2438"/>
      </w:tblGrid>
      <w:tr w:rsidR="00FB78F8" w14:paraId="52070DA4" w14:textId="77777777">
        <w:tc>
          <w:tcPr>
            <w:tcW w:w="2436" w:type="dxa"/>
            <w:shd w:val="clear" w:color="auto" w:fill="F1E8E3"/>
          </w:tcPr>
          <w:p w14:paraId="279C51D1" w14:textId="77777777" w:rsidR="00FB78F8" w:rsidRDefault="00000000">
            <w:r>
              <w:t>Persoon</w:t>
            </w:r>
          </w:p>
        </w:tc>
        <w:tc>
          <w:tcPr>
            <w:tcW w:w="2436" w:type="dxa"/>
            <w:shd w:val="clear" w:color="auto" w:fill="F1E8E3"/>
          </w:tcPr>
          <w:p w14:paraId="32FB8369" w14:textId="77777777" w:rsidR="00FB78F8" w:rsidRDefault="00000000">
            <w:r>
              <w:t>Waarvoor kan ik bij deze persoon terecht?</w:t>
            </w:r>
          </w:p>
        </w:tc>
        <w:tc>
          <w:tcPr>
            <w:tcW w:w="2436" w:type="dxa"/>
            <w:shd w:val="clear" w:color="auto" w:fill="F1E8E3"/>
          </w:tcPr>
          <w:p w14:paraId="75ED2DBB" w14:textId="77777777" w:rsidR="00FB78F8" w:rsidRDefault="00000000">
            <w:r>
              <w:t>Wat heb ik nodig?</w:t>
            </w:r>
          </w:p>
        </w:tc>
        <w:tc>
          <w:tcPr>
            <w:tcW w:w="2436" w:type="dxa"/>
            <w:shd w:val="clear" w:color="auto" w:fill="F1E8E3"/>
          </w:tcPr>
          <w:p w14:paraId="27004FED" w14:textId="77777777" w:rsidR="00FB78F8" w:rsidRDefault="00000000">
            <w:r>
              <w:t>Heb ik dit uitgesproken?</w:t>
            </w:r>
          </w:p>
        </w:tc>
      </w:tr>
      <w:tr w:rsidR="00FB78F8" w14:paraId="6E29CD32" w14:textId="77777777">
        <w:tc>
          <w:tcPr>
            <w:tcW w:w="2436" w:type="dxa"/>
          </w:tcPr>
          <w:p w14:paraId="73A31E8C" w14:textId="77777777" w:rsidR="00FB78F8" w:rsidRDefault="00000000">
            <w:r>
              <w:t>________________</w:t>
            </w:r>
          </w:p>
        </w:tc>
        <w:tc>
          <w:tcPr>
            <w:tcW w:w="2436" w:type="dxa"/>
          </w:tcPr>
          <w:p w14:paraId="53D7D61F" w14:textId="77777777" w:rsidR="00FB78F8" w:rsidRDefault="00000000">
            <w:r>
              <w:t>________________</w:t>
            </w:r>
          </w:p>
        </w:tc>
        <w:tc>
          <w:tcPr>
            <w:tcW w:w="2436" w:type="dxa"/>
          </w:tcPr>
          <w:p w14:paraId="1A3E4772" w14:textId="77777777" w:rsidR="00FB78F8" w:rsidRDefault="00000000">
            <w:r>
              <w:t>________________</w:t>
            </w:r>
          </w:p>
        </w:tc>
        <w:tc>
          <w:tcPr>
            <w:tcW w:w="2436" w:type="dxa"/>
          </w:tcPr>
          <w:p w14:paraId="62478E45" w14:textId="77777777" w:rsidR="00FB78F8" w:rsidRDefault="00000000">
            <w:r>
              <w:t>________________</w:t>
            </w:r>
          </w:p>
        </w:tc>
      </w:tr>
      <w:tr w:rsidR="00FB78F8" w14:paraId="69F20E55" w14:textId="77777777">
        <w:tc>
          <w:tcPr>
            <w:tcW w:w="2436" w:type="dxa"/>
          </w:tcPr>
          <w:p w14:paraId="54B1F917" w14:textId="77777777" w:rsidR="00FB78F8" w:rsidRDefault="00000000">
            <w:r>
              <w:t>________________</w:t>
            </w:r>
          </w:p>
        </w:tc>
        <w:tc>
          <w:tcPr>
            <w:tcW w:w="2436" w:type="dxa"/>
          </w:tcPr>
          <w:p w14:paraId="4AADBFFF" w14:textId="77777777" w:rsidR="00FB78F8" w:rsidRDefault="00000000">
            <w:r>
              <w:t>________________</w:t>
            </w:r>
          </w:p>
        </w:tc>
        <w:tc>
          <w:tcPr>
            <w:tcW w:w="2436" w:type="dxa"/>
          </w:tcPr>
          <w:p w14:paraId="06AB6EE9" w14:textId="77777777" w:rsidR="00FB78F8" w:rsidRDefault="00000000">
            <w:r>
              <w:t>________________</w:t>
            </w:r>
          </w:p>
        </w:tc>
        <w:tc>
          <w:tcPr>
            <w:tcW w:w="2436" w:type="dxa"/>
          </w:tcPr>
          <w:p w14:paraId="79CA88E1" w14:textId="77777777" w:rsidR="00FB78F8" w:rsidRDefault="00000000">
            <w:r>
              <w:t>________________</w:t>
            </w:r>
          </w:p>
        </w:tc>
      </w:tr>
      <w:tr w:rsidR="00FB78F8" w14:paraId="32E7181B" w14:textId="77777777">
        <w:tc>
          <w:tcPr>
            <w:tcW w:w="2436" w:type="dxa"/>
          </w:tcPr>
          <w:p w14:paraId="061CB09E" w14:textId="77777777" w:rsidR="00FB78F8" w:rsidRDefault="00000000">
            <w:r>
              <w:t>________________</w:t>
            </w:r>
          </w:p>
        </w:tc>
        <w:tc>
          <w:tcPr>
            <w:tcW w:w="2436" w:type="dxa"/>
          </w:tcPr>
          <w:p w14:paraId="15B059CB" w14:textId="77777777" w:rsidR="00FB78F8" w:rsidRDefault="00000000">
            <w:r>
              <w:t>________________</w:t>
            </w:r>
          </w:p>
        </w:tc>
        <w:tc>
          <w:tcPr>
            <w:tcW w:w="2436" w:type="dxa"/>
          </w:tcPr>
          <w:p w14:paraId="297183A9" w14:textId="77777777" w:rsidR="00FB78F8" w:rsidRDefault="00000000">
            <w:r>
              <w:t>________________</w:t>
            </w:r>
          </w:p>
        </w:tc>
        <w:tc>
          <w:tcPr>
            <w:tcW w:w="2436" w:type="dxa"/>
          </w:tcPr>
          <w:p w14:paraId="02D4A5BE" w14:textId="77777777" w:rsidR="00FB78F8" w:rsidRDefault="00000000">
            <w:r>
              <w:t>________________</w:t>
            </w:r>
          </w:p>
        </w:tc>
      </w:tr>
      <w:tr w:rsidR="00FB78F8" w14:paraId="5BC0815C" w14:textId="77777777">
        <w:tc>
          <w:tcPr>
            <w:tcW w:w="2436" w:type="dxa"/>
          </w:tcPr>
          <w:p w14:paraId="6694927C" w14:textId="77777777" w:rsidR="00FB78F8" w:rsidRDefault="00000000">
            <w:r>
              <w:t>________________</w:t>
            </w:r>
          </w:p>
        </w:tc>
        <w:tc>
          <w:tcPr>
            <w:tcW w:w="2436" w:type="dxa"/>
          </w:tcPr>
          <w:p w14:paraId="6CC4853F" w14:textId="77777777" w:rsidR="00FB78F8" w:rsidRDefault="00000000">
            <w:r>
              <w:t>________________</w:t>
            </w:r>
          </w:p>
        </w:tc>
        <w:tc>
          <w:tcPr>
            <w:tcW w:w="2436" w:type="dxa"/>
          </w:tcPr>
          <w:p w14:paraId="4A38B8CC" w14:textId="77777777" w:rsidR="00FB78F8" w:rsidRDefault="00000000">
            <w:r>
              <w:t>________________</w:t>
            </w:r>
          </w:p>
        </w:tc>
        <w:tc>
          <w:tcPr>
            <w:tcW w:w="2436" w:type="dxa"/>
          </w:tcPr>
          <w:p w14:paraId="7D164E23" w14:textId="77777777" w:rsidR="00FB78F8" w:rsidRDefault="00000000">
            <w:r>
              <w:t>________________</w:t>
            </w:r>
          </w:p>
        </w:tc>
      </w:tr>
      <w:tr w:rsidR="00FB78F8" w14:paraId="5F2E5704" w14:textId="77777777">
        <w:tc>
          <w:tcPr>
            <w:tcW w:w="2436" w:type="dxa"/>
          </w:tcPr>
          <w:p w14:paraId="032F8EF3" w14:textId="77777777" w:rsidR="00FB78F8" w:rsidRDefault="00000000">
            <w:r>
              <w:t>________________</w:t>
            </w:r>
          </w:p>
        </w:tc>
        <w:tc>
          <w:tcPr>
            <w:tcW w:w="2436" w:type="dxa"/>
          </w:tcPr>
          <w:p w14:paraId="528BC2AA" w14:textId="77777777" w:rsidR="00FB78F8" w:rsidRDefault="00000000">
            <w:r>
              <w:t>________________</w:t>
            </w:r>
          </w:p>
        </w:tc>
        <w:tc>
          <w:tcPr>
            <w:tcW w:w="2436" w:type="dxa"/>
          </w:tcPr>
          <w:p w14:paraId="56B7CB0D" w14:textId="77777777" w:rsidR="00FB78F8" w:rsidRDefault="00000000">
            <w:r>
              <w:t>________________</w:t>
            </w:r>
          </w:p>
        </w:tc>
        <w:tc>
          <w:tcPr>
            <w:tcW w:w="2436" w:type="dxa"/>
          </w:tcPr>
          <w:p w14:paraId="63F593A7" w14:textId="77777777" w:rsidR="00FB78F8" w:rsidRDefault="00000000">
            <w:r>
              <w:t>________________</w:t>
            </w:r>
          </w:p>
        </w:tc>
      </w:tr>
      <w:tr w:rsidR="00FB78F8" w14:paraId="1EC3B9FE" w14:textId="77777777">
        <w:tc>
          <w:tcPr>
            <w:tcW w:w="2436" w:type="dxa"/>
          </w:tcPr>
          <w:p w14:paraId="0FCD1D22" w14:textId="77777777" w:rsidR="00FB78F8" w:rsidRDefault="00000000">
            <w:r>
              <w:t>________________</w:t>
            </w:r>
          </w:p>
        </w:tc>
        <w:tc>
          <w:tcPr>
            <w:tcW w:w="2436" w:type="dxa"/>
          </w:tcPr>
          <w:p w14:paraId="4AE34B50" w14:textId="77777777" w:rsidR="00FB78F8" w:rsidRDefault="00000000">
            <w:r>
              <w:t>________________</w:t>
            </w:r>
          </w:p>
        </w:tc>
        <w:tc>
          <w:tcPr>
            <w:tcW w:w="2436" w:type="dxa"/>
          </w:tcPr>
          <w:p w14:paraId="0CCD0B1E" w14:textId="77777777" w:rsidR="00FB78F8" w:rsidRDefault="00000000">
            <w:r>
              <w:t>________________</w:t>
            </w:r>
          </w:p>
        </w:tc>
        <w:tc>
          <w:tcPr>
            <w:tcW w:w="2436" w:type="dxa"/>
          </w:tcPr>
          <w:p w14:paraId="31302337" w14:textId="77777777" w:rsidR="00FB78F8" w:rsidRDefault="00000000">
            <w:r>
              <w:t>________________</w:t>
            </w:r>
          </w:p>
        </w:tc>
      </w:tr>
      <w:tr w:rsidR="00FB78F8" w14:paraId="5DD17AB2" w14:textId="77777777">
        <w:tblPrEx>
          <w:jc w:val="center"/>
        </w:tblPrEx>
        <w:trPr>
          <w:jc w:val="center"/>
        </w:trPr>
        <w:tc>
          <w:tcPr>
            <w:tcW w:w="9746" w:type="dxa"/>
            <w:gridSpan w:val="4"/>
            <w:shd w:val="clear" w:color="auto" w:fill="F1E8E3"/>
            <w:vAlign w:val="center"/>
          </w:tcPr>
          <w:p w14:paraId="55C303EA" w14:textId="77777777" w:rsidR="00FB78F8" w:rsidRDefault="00000000">
            <w:r>
              <w:rPr>
                <w:b/>
              </w:rPr>
              <w:t>Dit heb ik nodig van anderen</w:t>
            </w:r>
            <w:r>
              <w:br/>
              <w:t>Wat mogen mensen wel doen? En wat juist niet?</w:t>
            </w:r>
          </w:p>
          <w:p w14:paraId="3579FC27" w14:textId="77777777" w:rsidR="00FB78F8" w:rsidRDefault="00000000">
            <w:r>
              <w:t>____________________________________________________________</w:t>
            </w:r>
          </w:p>
          <w:p w14:paraId="23CB3D56" w14:textId="77777777" w:rsidR="00FB78F8" w:rsidRDefault="00000000">
            <w:r>
              <w:t>____________________________________________________________</w:t>
            </w:r>
          </w:p>
          <w:p w14:paraId="46FCC590" w14:textId="77777777" w:rsidR="00FB78F8" w:rsidRDefault="00000000">
            <w:r>
              <w:t>____________________________________________________________</w:t>
            </w:r>
          </w:p>
          <w:p w14:paraId="6A33FD6D" w14:textId="77777777" w:rsidR="00FB78F8" w:rsidRDefault="00000000">
            <w:r>
              <w:t>____________________________________________________________</w:t>
            </w:r>
          </w:p>
          <w:p w14:paraId="678E2FD0" w14:textId="77777777" w:rsidR="00FB78F8" w:rsidRDefault="00000000">
            <w:r>
              <w:t>____________________________________________________________</w:t>
            </w:r>
          </w:p>
          <w:p w14:paraId="54CD2A02" w14:textId="77777777" w:rsidR="00FB78F8" w:rsidRDefault="00000000">
            <w:r>
              <w:t>____________________________________________________________</w:t>
            </w:r>
          </w:p>
        </w:tc>
      </w:tr>
    </w:tbl>
    <w:p w14:paraId="485CF50D" w14:textId="77777777" w:rsidR="00FB78F8" w:rsidRDefault="00FB78F8"/>
    <w:tbl>
      <w:tblPr>
        <w:tblW w:w="0" w:type="auto"/>
        <w:jc w:val="center"/>
        <w:tblLook w:val="04A0" w:firstRow="1" w:lastRow="0" w:firstColumn="1" w:lastColumn="0" w:noHBand="0" w:noVBand="1"/>
      </w:tblPr>
      <w:tblGrid>
        <w:gridCol w:w="9746"/>
      </w:tblGrid>
      <w:tr w:rsidR="00FB78F8" w14:paraId="21B3F7B2" w14:textId="77777777">
        <w:trPr>
          <w:jc w:val="center"/>
        </w:trPr>
        <w:tc>
          <w:tcPr>
            <w:tcW w:w="9746" w:type="dxa"/>
            <w:shd w:val="clear" w:color="auto" w:fill="F1E8E3"/>
            <w:vAlign w:val="center"/>
          </w:tcPr>
          <w:p w14:paraId="3131CD43" w14:textId="77777777" w:rsidR="00FB78F8" w:rsidRDefault="00000000">
            <w:r>
              <w:rPr>
                <w:b/>
              </w:rPr>
              <w:t>Mijn hulpvraag</w:t>
            </w:r>
            <w:r>
              <w:br/>
              <w:t>Schrijf één concrete zin die je tegen iemand kunt zeggen.</w:t>
            </w:r>
          </w:p>
          <w:p w14:paraId="5E9C5F80" w14:textId="77777777" w:rsidR="00FB78F8" w:rsidRDefault="00000000">
            <w:r>
              <w:t>____________________________________________________________</w:t>
            </w:r>
          </w:p>
          <w:p w14:paraId="30089B60" w14:textId="77777777" w:rsidR="00FB78F8" w:rsidRDefault="00000000">
            <w:r>
              <w:t>____________________________________________________________</w:t>
            </w:r>
          </w:p>
          <w:p w14:paraId="553D7E9A" w14:textId="77777777" w:rsidR="00FB78F8" w:rsidRDefault="00000000">
            <w:r>
              <w:t>____________________________________________________________</w:t>
            </w:r>
          </w:p>
          <w:p w14:paraId="332EB3C9" w14:textId="77777777" w:rsidR="00FB78F8" w:rsidRDefault="00000000">
            <w:r>
              <w:t>____________________________________________________________</w:t>
            </w:r>
          </w:p>
        </w:tc>
      </w:tr>
    </w:tbl>
    <w:p w14:paraId="10321AB2" w14:textId="77777777" w:rsidR="00FB78F8" w:rsidRDefault="00FB78F8"/>
    <w:p w14:paraId="6D36C686" w14:textId="77777777" w:rsidR="00FB78F8" w:rsidRDefault="00000000">
      <w:r>
        <w:br w:type="page"/>
      </w:r>
    </w:p>
    <w:p w14:paraId="696AF4CB" w14:textId="77777777" w:rsidR="00FB78F8" w:rsidRDefault="00000000">
      <w:pPr>
        <w:pStyle w:val="Kop1"/>
      </w:pPr>
      <w:r>
        <w:lastRenderedPageBreak/>
        <w:t>11. Zorg voor jezelf</w:t>
      </w:r>
    </w:p>
    <w:p w14:paraId="473E0229" w14:textId="77777777" w:rsidR="00FB78F8" w:rsidRDefault="00000000">
      <w:r>
        <w:t>In periodes van rouw verdwijnen basisbehoeften soms naar de achtergrond. Kleine dingen tellen.</w:t>
      </w:r>
    </w:p>
    <w:tbl>
      <w:tblPr>
        <w:tblW w:w="0" w:type="auto"/>
        <w:tblLook w:val="04A0" w:firstRow="1" w:lastRow="0" w:firstColumn="1" w:lastColumn="0" w:noHBand="0" w:noVBand="1"/>
      </w:tblPr>
      <w:tblGrid>
        <w:gridCol w:w="3248"/>
        <w:gridCol w:w="3249"/>
        <w:gridCol w:w="3249"/>
      </w:tblGrid>
      <w:tr w:rsidR="00FB78F8" w14:paraId="3EAF4D31" w14:textId="77777777">
        <w:tc>
          <w:tcPr>
            <w:tcW w:w="3249" w:type="dxa"/>
            <w:shd w:val="clear" w:color="auto" w:fill="F1E8E3"/>
          </w:tcPr>
          <w:p w14:paraId="30E5C6BF" w14:textId="77777777" w:rsidR="00FB78F8" w:rsidRDefault="00000000">
            <w:r>
              <w:t>Gebied</w:t>
            </w:r>
          </w:p>
        </w:tc>
        <w:tc>
          <w:tcPr>
            <w:tcW w:w="3249" w:type="dxa"/>
            <w:shd w:val="clear" w:color="auto" w:fill="F1E8E3"/>
          </w:tcPr>
          <w:p w14:paraId="7A065DC8" w14:textId="77777777" w:rsidR="00FB78F8" w:rsidRDefault="00000000">
            <w:r>
              <w:t>Hoe gaat het nu?</w:t>
            </w:r>
          </w:p>
        </w:tc>
        <w:tc>
          <w:tcPr>
            <w:tcW w:w="3249" w:type="dxa"/>
            <w:shd w:val="clear" w:color="auto" w:fill="F1E8E3"/>
          </w:tcPr>
          <w:p w14:paraId="6148BE09" w14:textId="77777777" w:rsidR="00FB78F8" w:rsidRDefault="00000000">
            <w:r>
              <w:t>Mijn kleine stap</w:t>
            </w:r>
          </w:p>
        </w:tc>
      </w:tr>
      <w:tr w:rsidR="00FB78F8" w14:paraId="0F3DA974" w14:textId="77777777">
        <w:tc>
          <w:tcPr>
            <w:tcW w:w="3249" w:type="dxa"/>
          </w:tcPr>
          <w:p w14:paraId="6631162F" w14:textId="77777777" w:rsidR="00FB78F8" w:rsidRDefault="00000000">
            <w:r>
              <w:t>Slaap</w:t>
            </w:r>
          </w:p>
        </w:tc>
        <w:tc>
          <w:tcPr>
            <w:tcW w:w="3249" w:type="dxa"/>
          </w:tcPr>
          <w:p w14:paraId="042CEA8F" w14:textId="77777777" w:rsidR="00FB78F8" w:rsidRDefault="00000000">
            <w:r>
              <w:t>☐ goed  ☐ wisselend  ☐ lastig</w:t>
            </w:r>
          </w:p>
        </w:tc>
        <w:tc>
          <w:tcPr>
            <w:tcW w:w="3249" w:type="dxa"/>
          </w:tcPr>
          <w:p w14:paraId="4A2F2F7D" w14:textId="77777777" w:rsidR="00FB78F8" w:rsidRDefault="00000000">
            <w:r>
              <w:t>________________________</w:t>
            </w:r>
          </w:p>
        </w:tc>
      </w:tr>
      <w:tr w:rsidR="00FB78F8" w14:paraId="7269E0D9" w14:textId="77777777">
        <w:tc>
          <w:tcPr>
            <w:tcW w:w="3249" w:type="dxa"/>
          </w:tcPr>
          <w:p w14:paraId="4B9A6EDA" w14:textId="77777777" w:rsidR="00FB78F8" w:rsidRDefault="00000000">
            <w:r>
              <w:t>Eten en drinken</w:t>
            </w:r>
          </w:p>
        </w:tc>
        <w:tc>
          <w:tcPr>
            <w:tcW w:w="3249" w:type="dxa"/>
          </w:tcPr>
          <w:p w14:paraId="7E9B855F" w14:textId="77777777" w:rsidR="00FB78F8" w:rsidRDefault="00000000">
            <w:r>
              <w:t>☐ goed  ☐ wisselend  ☐ lastig</w:t>
            </w:r>
          </w:p>
        </w:tc>
        <w:tc>
          <w:tcPr>
            <w:tcW w:w="3249" w:type="dxa"/>
          </w:tcPr>
          <w:p w14:paraId="2F588819" w14:textId="77777777" w:rsidR="00FB78F8" w:rsidRDefault="00000000">
            <w:r>
              <w:t>________________________</w:t>
            </w:r>
          </w:p>
        </w:tc>
      </w:tr>
      <w:tr w:rsidR="00FB78F8" w14:paraId="2A62C539" w14:textId="77777777">
        <w:tc>
          <w:tcPr>
            <w:tcW w:w="3249" w:type="dxa"/>
          </w:tcPr>
          <w:p w14:paraId="62E3E6C2" w14:textId="77777777" w:rsidR="00FB78F8" w:rsidRDefault="00000000">
            <w:r>
              <w:t>Bewegen</w:t>
            </w:r>
          </w:p>
        </w:tc>
        <w:tc>
          <w:tcPr>
            <w:tcW w:w="3249" w:type="dxa"/>
          </w:tcPr>
          <w:p w14:paraId="5C18791E" w14:textId="77777777" w:rsidR="00FB78F8" w:rsidRDefault="00000000">
            <w:r>
              <w:t>☐ goed  ☐ wisselend  ☐ lastig</w:t>
            </w:r>
          </w:p>
        </w:tc>
        <w:tc>
          <w:tcPr>
            <w:tcW w:w="3249" w:type="dxa"/>
          </w:tcPr>
          <w:p w14:paraId="31EB492B" w14:textId="77777777" w:rsidR="00FB78F8" w:rsidRDefault="00000000">
            <w:r>
              <w:t>________________________</w:t>
            </w:r>
          </w:p>
        </w:tc>
      </w:tr>
      <w:tr w:rsidR="00FB78F8" w14:paraId="7461C7AE" w14:textId="77777777">
        <w:tc>
          <w:tcPr>
            <w:tcW w:w="3249" w:type="dxa"/>
          </w:tcPr>
          <w:p w14:paraId="2A34E3F1" w14:textId="77777777" w:rsidR="00FB78F8" w:rsidRDefault="00000000">
            <w:r>
              <w:t>Rust</w:t>
            </w:r>
          </w:p>
        </w:tc>
        <w:tc>
          <w:tcPr>
            <w:tcW w:w="3249" w:type="dxa"/>
          </w:tcPr>
          <w:p w14:paraId="4A194BEC" w14:textId="77777777" w:rsidR="00FB78F8" w:rsidRDefault="00000000">
            <w:r>
              <w:t>☐ goed  ☐ wisselend  ☐ lastig</w:t>
            </w:r>
          </w:p>
        </w:tc>
        <w:tc>
          <w:tcPr>
            <w:tcW w:w="3249" w:type="dxa"/>
          </w:tcPr>
          <w:p w14:paraId="47827F7D" w14:textId="77777777" w:rsidR="00FB78F8" w:rsidRDefault="00000000">
            <w:r>
              <w:t>________________________</w:t>
            </w:r>
          </w:p>
        </w:tc>
      </w:tr>
      <w:tr w:rsidR="00FB78F8" w14:paraId="72AAC8F5" w14:textId="77777777">
        <w:tc>
          <w:tcPr>
            <w:tcW w:w="3249" w:type="dxa"/>
          </w:tcPr>
          <w:p w14:paraId="66366647" w14:textId="77777777" w:rsidR="00FB78F8" w:rsidRDefault="00000000">
            <w:r>
              <w:t>Contact met anderen</w:t>
            </w:r>
          </w:p>
        </w:tc>
        <w:tc>
          <w:tcPr>
            <w:tcW w:w="3249" w:type="dxa"/>
          </w:tcPr>
          <w:p w14:paraId="4FFEAC9A" w14:textId="77777777" w:rsidR="00FB78F8" w:rsidRDefault="00000000">
            <w:r>
              <w:t>☐ goed  ☐ wisselend  ☐ lastig</w:t>
            </w:r>
          </w:p>
        </w:tc>
        <w:tc>
          <w:tcPr>
            <w:tcW w:w="3249" w:type="dxa"/>
          </w:tcPr>
          <w:p w14:paraId="78305E9E" w14:textId="77777777" w:rsidR="00FB78F8" w:rsidRDefault="00000000">
            <w:r>
              <w:t>________________________</w:t>
            </w:r>
          </w:p>
        </w:tc>
      </w:tr>
      <w:tr w:rsidR="00FB78F8" w14:paraId="6D89491E" w14:textId="77777777">
        <w:tc>
          <w:tcPr>
            <w:tcW w:w="3249" w:type="dxa"/>
          </w:tcPr>
          <w:p w14:paraId="1CEC5F0F" w14:textId="77777777" w:rsidR="00FB78F8" w:rsidRDefault="00000000">
            <w:r>
              <w:t>Werk / dagstructuur</w:t>
            </w:r>
          </w:p>
        </w:tc>
        <w:tc>
          <w:tcPr>
            <w:tcW w:w="3249" w:type="dxa"/>
          </w:tcPr>
          <w:p w14:paraId="33078643" w14:textId="77777777" w:rsidR="00FB78F8" w:rsidRDefault="00000000">
            <w:r>
              <w:t>☐ goed  ☐ wisselend  ☐ lastig</w:t>
            </w:r>
          </w:p>
        </w:tc>
        <w:tc>
          <w:tcPr>
            <w:tcW w:w="3249" w:type="dxa"/>
          </w:tcPr>
          <w:p w14:paraId="42B67A94" w14:textId="77777777" w:rsidR="00FB78F8" w:rsidRDefault="00000000">
            <w:r>
              <w:t>________________________</w:t>
            </w:r>
          </w:p>
        </w:tc>
      </w:tr>
      <w:tr w:rsidR="00FB78F8" w14:paraId="03B791D9" w14:textId="77777777">
        <w:tc>
          <w:tcPr>
            <w:tcW w:w="3249" w:type="dxa"/>
          </w:tcPr>
          <w:p w14:paraId="46C6FD6F" w14:textId="77777777" w:rsidR="00FB78F8" w:rsidRDefault="00000000">
            <w:r>
              <w:t>Ontspanning</w:t>
            </w:r>
          </w:p>
        </w:tc>
        <w:tc>
          <w:tcPr>
            <w:tcW w:w="3249" w:type="dxa"/>
          </w:tcPr>
          <w:p w14:paraId="5AF556C7" w14:textId="77777777" w:rsidR="00FB78F8" w:rsidRDefault="00000000">
            <w:r>
              <w:t>☐ goed  ☐ wisselend  ☐ lastig</w:t>
            </w:r>
          </w:p>
        </w:tc>
        <w:tc>
          <w:tcPr>
            <w:tcW w:w="3249" w:type="dxa"/>
          </w:tcPr>
          <w:p w14:paraId="110EE6C3" w14:textId="77777777" w:rsidR="00FB78F8" w:rsidRDefault="00000000">
            <w:r>
              <w:t>________________________</w:t>
            </w:r>
          </w:p>
        </w:tc>
      </w:tr>
      <w:tr w:rsidR="00FB78F8" w14:paraId="79764EE7" w14:textId="77777777">
        <w:tblPrEx>
          <w:jc w:val="center"/>
        </w:tblPrEx>
        <w:trPr>
          <w:jc w:val="center"/>
        </w:trPr>
        <w:tc>
          <w:tcPr>
            <w:tcW w:w="9746" w:type="dxa"/>
            <w:gridSpan w:val="3"/>
            <w:shd w:val="clear" w:color="auto" w:fill="F1E8E3"/>
            <w:vAlign w:val="center"/>
          </w:tcPr>
          <w:p w14:paraId="3462DE7E" w14:textId="77777777" w:rsidR="00FB78F8" w:rsidRDefault="00000000">
            <w:r>
              <w:rPr>
                <w:b/>
              </w:rPr>
              <w:t>Mijn minimale dag</w:t>
            </w:r>
            <w:r>
              <w:br/>
              <w:t>Wat zijn 3 kleine dingen die ik op een moeilijke dag toch wil proberen?</w:t>
            </w:r>
          </w:p>
          <w:p w14:paraId="4FFE4524" w14:textId="77777777" w:rsidR="00FB78F8" w:rsidRDefault="00000000">
            <w:r>
              <w:t>____________________________________________________________</w:t>
            </w:r>
          </w:p>
          <w:p w14:paraId="68AF46D9" w14:textId="77777777" w:rsidR="00FB78F8" w:rsidRDefault="00000000">
            <w:r>
              <w:t>____________________________________________________________</w:t>
            </w:r>
          </w:p>
          <w:p w14:paraId="273DEBB1" w14:textId="77777777" w:rsidR="00FB78F8" w:rsidRDefault="00000000">
            <w:r>
              <w:t>____________________________________________________________</w:t>
            </w:r>
          </w:p>
          <w:p w14:paraId="0D87BE9E" w14:textId="77777777" w:rsidR="00FB78F8" w:rsidRDefault="00000000">
            <w:r>
              <w:t>____________________________________________________________</w:t>
            </w:r>
          </w:p>
          <w:p w14:paraId="2BA87AA8" w14:textId="77777777" w:rsidR="00FB78F8" w:rsidRDefault="00000000">
            <w:r>
              <w:t>____________________________________________________________</w:t>
            </w:r>
          </w:p>
        </w:tc>
      </w:tr>
    </w:tbl>
    <w:p w14:paraId="4ABDE5E2" w14:textId="77777777" w:rsidR="00FB78F8" w:rsidRDefault="00FB78F8"/>
    <w:p w14:paraId="7228F394" w14:textId="77777777" w:rsidR="00FB78F8" w:rsidRDefault="00000000">
      <w:r>
        <w:br w:type="page"/>
      </w:r>
    </w:p>
    <w:p w14:paraId="281564DC" w14:textId="77777777" w:rsidR="00FB78F8" w:rsidRDefault="00000000">
      <w:pPr>
        <w:pStyle w:val="Kop1"/>
      </w:pPr>
      <w:r>
        <w:lastRenderedPageBreak/>
        <w:t>12. Een moeilijke dag: mijn stappenplan</w:t>
      </w:r>
    </w:p>
    <w:p w14:paraId="57CB1B92" w14:textId="77777777" w:rsidR="00FB78F8" w:rsidRDefault="00000000">
      <w:r>
        <w:t>Maak dit plan zo concreet mogelijk. Het is bedoeld voor momenten waarop denken lastig is.</w:t>
      </w:r>
    </w:p>
    <w:tbl>
      <w:tblPr>
        <w:tblW w:w="0" w:type="auto"/>
        <w:jc w:val="center"/>
        <w:tblLook w:val="04A0" w:firstRow="1" w:lastRow="0" w:firstColumn="1" w:lastColumn="0" w:noHBand="0" w:noVBand="1"/>
      </w:tblPr>
      <w:tblGrid>
        <w:gridCol w:w="9746"/>
      </w:tblGrid>
      <w:tr w:rsidR="00FB78F8" w14:paraId="6CA11348" w14:textId="77777777">
        <w:trPr>
          <w:jc w:val="center"/>
        </w:trPr>
        <w:tc>
          <w:tcPr>
            <w:tcW w:w="9746" w:type="dxa"/>
            <w:shd w:val="clear" w:color="auto" w:fill="F1E8E3"/>
            <w:vAlign w:val="center"/>
          </w:tcPr>
          <w:p w14:paraId="25ED8D1A" w14:textId="77777777" w:rsidR="00FB78F8" w:rsidRDefault="00000000">
            <w:r>
              <w:rPr>
                <w:b/>
              </w:rPr>
              <w:t>1. Ik merk dat…</w:t>
            </w:r>
            <w:r>
              <w:br/>
              <w:t>Mijn signalen dat het te veel wordt zijn:</w:t>
            </w:r>
          </w:p>
          <w:p w14:paraId="254AE8DA" w14:textId="77777777" w:rsidR="00FB78F8" w:rsidRDefault="00000000">
            <w:r>
              <w:t>____________________________________________________________</w:t>
            </w:r>
          </w:p>
          <w:p w14:paraId="45D3B4D5" w14:textId="77777777" w:rsidR="00FB78F8" w:rsidRDefault="00000000">
            <w:r>
              <w:t>____________________________________________________________</w:t>
            </w:r>
          </w:p>
          <w:p w14:paraId="65CD2DB6" w14:textId="77777777" w:rsidR="00FB78F8" w:rsidRDefault="00000000">
            <w:r>
              <w:t>____________________________________________________________</w:t>
            </w:r>
          </w:p>
          <w:p w14:paraId="0B5F9342" w14:textId="77777777" w:rsidR="00FB78F8" w:rsidRDefault="00000000">
            <w:r>
              <w:t>____________________________________________________________</w:t>
            </w:r>
          </w:p>
        </w:tc>
      </w:tr>
    </w:tbl>
    <w:p w14:paraId="7A6D95DB" w14:textId="77777777" w:rsidR="00FB78F8" w:rsidRDefault="00FB78F8"/>
    <w:tbl>
      <w:tblPr>
        <w:tblW w:w="0" w:type="auto"/>
        <w:jc w:val="center"/>
        <w:tblLook w:val="04A0" w:firstRow="1" w:lastRow="0" w:firstColumn="1" w:lastColumn="0" w:noHBand="0" w:noVBand="1"/>
      </w:tblPr>
      <w:tblGrid>
        <w:gridCol w:w="9746"/>
      </w:tblGrid>
      <w:tr w:rsidR="00FB78F8" w14:paraId="25DE4CB2" w14:textId="77777777">
        <w:trPr>
          <w:jc w:val="center"/>
        </w:trPr>
        <w:tc>
          <w:tcPr>
            <w:tcW w:w="9746" w:type="dxa"/>
            <w:shd w:val="clear" w:color="auto" w:fill="F1E8E3"/>
            <w:vAlign w:val="center"/>
          </w:tcPr>
          <w:p w14:paraId="591AF78E" w14:textId="77777777" w:rsidR="00FB78F8" w:rsidRDefault="00000000">
            <w:r>
              <w:rPr>
                <w:b/>
              </w:rPr>
              <w:t>2. Ik stop even met…</w:t>
            </w:r>
            <w:r>
              <w:br/>
              <w:t>Wat mag ik op dat moment laten liggen?</w:t>
            </w:r>
          </w:p>
          <w:p w14:paraId="7A97EC4E" w14:textId="77777777" w:rsidR="00FB78F8" w:rsidRDefault="00000000">
            <w:r>
              <w:t>____________________________________________________________</w:t>
            </w:r>
          </w:p>
          <w:p w14:paraId="315177DB" w14:textId="77777777" w:rsidR="00FB78F8" w:rsidRDefault="00000000">
            <w:r>
              <w:t>____________________________________________________________</w:t>
            </w:r>
          </w:p>
          <w:p w14:paraId="1D6FC86E" w14:textId="77777777" w:rsidR="00FB78F8" w:rsidRDefault="00000000">
            <w:r>
              <w:t>____________________________________________________________</w:t>
            </w:r>
          </w:p>
          <w:p w14:paraId="6468DC74" w14:textId="77777777" w:rsidR="00FB78F8" w:rsidRDefault="00000000">
            <w:r>
              <w:t>____________________________________________________________</w:t>
            </w:r>
          </w:p>
        </w:tc>
      </w:tr>
    </w:tbl>
    <w:p w14:paraId="5C311A7C" w14:textId="77777777" w:rsidR="00FB78F8" w:rsidRDefault="00FB78F8"/>
    <w:tbl>
      <w:tblPr>
        <w:tblW w:w="0" w:type="auto"/>
        <w:jc w:val="center"/>
        <w:tblLook w:val="04A0" w:firstRow="1" w:lastRow="0" w:firstColumn="1" w:lastColumn="0" w:noHBand="0" w:noVBand="1"/>
      </w:tblPr>
      <w:tblGrid>
        <w:gridCol w:w="9746"/>
      </w:tblGrid>
      <w:tr w:rsidR="00FB78F8" w14:paraId="6000E651" w14:textId="77777777">
        <w:trPr>
          <w:jc w:val="center"/>
        </w:trPr>
        <w:tc>
          <w:tcPr>
            <w:tcW w:w="9746" w:type="dxa"/>
            <w:shd w:val="clear" w:color="auto" w:fill="F1E8E3"/>
            <w:vAlign w:val="center"/>
          </w:tcPr>
          <w:p w14:paraId="62D1EE5F" w14:textId="77777777" w:rsidR="00FB78F8" w:rsidRDefault="00000000">
            <w:r>
              <w:rPr>
                <w:b/>
              </w:rPr>
              <w:t>3. Ik doe…</w:t>
            </w:r>
            <w:r>
              <w:br/>
              <w:t>Een kleine actie die mijn lichaam helpt:</w:t>
            </w:r>
          </w:p>
          <w:p w14:paraId="2AB29EDC" w14:textId="77777777" w:rsidR="00FB78F8" w:rsidRDefault="00000000">
            <w:r>
              <w:t>____________________________________________________________</w:t>
            </w:r>
          </w:p>
          <w:p w14:paraId="21852A6D" w14:textId="77777777" w:rsidR="00FB78F8" w:rsidRDefault="00000000">
            <w:r>
              <w:t>____________________________________________________________</w:t>
            </w:r>
          </w:p>
          <w:p w14:paraId="0CB95C89" w14:textId="77777777" w:rsidR="00FB78F8" w:rsidRDefault="00000000">
            <w:r>
              <w:t>____________________________________________________________</w:t>
            </w:r>
          </w:p>
          <w:p w14:paraId="3E1FAB71" w14:textId="77777777" w:rsidR="00FB78F8" w:rsidRDefault="00000000">
            <w:r>
              <w:t>____________________________________________________________</w:t>
            </w:r>
          </w:p>
        </w:tc>
      </w:tr>
    </w:tbl>
    <w:p w14:paraId="1D908A38" w14:textId="77777777" w:rsidR="00FB78F8" w:rsidRDefault="00FB78F8"/>
    <w:tbl>
      <w:tblPr>
        <w:tblW w:w="0" w:type="auto"/>
        <w:jc w:val="center"/>
        <w:tblLook w:val="04A0" w:firstRow="1" w:lastRow="0" w:firstColumn="1" w:lastColumn="0" w:noHBand="0" w:noVBand="1"/>
      </w:tblPr>
      <w:tblGrid>
        <w:gridCol w:w="9746"/>
      </w:tblGrid>
      <w:tr w:rsidR="00FB78F8" w14:paraId="2BD633A8" w14:textId="77777777">
        <w:trPr>
          <w:jc w:val="center"/>
        </w:trPr>
        <w:tc>
          <w:tcPr>
            <w:tcW w:w="9746" w:type="dxa"/>
            <w:shd w:val="clear" w:color="auto" w:fill="F1E8E3"/>
            <w:vAlign w:val="center"/>
          </w:tcPr>
          <w:p w14:paraId="4D13432F" w14:textId="77777777" w:rsidR="00FB78F8" w:rsidRDefault="00000000">
            <w:r>
              <w:rPr>
                <w:b/>
              </w:rPr>
              <w:t>4. Ik neem contact op met…</w:t>
            </w:r>
            <w:r>
              <w:br/>
              <w:t>Wie kan ik bellen, appen of opzoeken?</w:t>
            </w:r>
          </w:p>
          <w:p w14:paraId="77054ECB" w14:textId="77777777" w:rsidR="00FB78F8" w:rsidRDefault="00000000">
            <w:r>
              <w:t>____________________________________________________________</w:t>
            </w:r>
          </w:p>
          <w:p w14:paraId="21ACB117" w14:textId="77777777" w:rsidR="00FB78F8" w:rsidRDefault="00000000">
            <w:r>
              <w:t>____________________________________________________________</w:t>
            </w:r>
          </w:p>
          <w:p w14:paraId="79129632" w14:textId="77777777" w:rsidR="00FB78F8" w:rsidRDefault="00000000">
            <w:r>
              <w:t>____________________________________________________________</w:t>
            </w:r>
          </w:p>
          <w:p w14:paraId="5918EA02" w14:textId="77777777" w:rsidR="00FB78F8" w:rsidRDefault="00000000">
            <w:r>
              <w:lastRenderedPageBreak/>
              <w:t>____________________________________________________________</w:t>
            </w:r>
          </w:p>
        </w:tc>
      </w:tr>
    </w:tbl>
    <w:p w14:paraId="53888135" w14:textId="77777777" w:rsidR="00FB78F8" w:rsidRDefault="00FB78F8"/>
    <w:tbl>
      <w:tblPr>
        <w:tblW w:w="0" w:type="auto"/>
        <w:jc w:val="center"/>
        <w:tblLook w:val="04A0" w:firstRow="1" w:lastRow="0" w:firstColumn="1" w:lastColumn="0" w:noHBand="0" w:noVBand="1"/>
      </w:tblPr>
      <w:tblGrid>
        <w:gridCol w:w="9746"/>
      </w:tblGrid>
      <w:tr w:rsidR="00FB78F8" w14:paraId="6F9638FE" w14:textId="77777777">
        <w:trPr>
          <w:jc w:val="center"/>
        </w:trPr>
        <w:tc>
          <w:tcPr>
            <w:tcW w:w="9746" w:type="dxa"/>
            <w:shd w:val="clear" w:color="auto" w:fill="F1E8E3"/>
            <w:vAlign w:val="center"/>
          </w:tcPr>
          <w:p w14:paraId="36D1AB8A" w14:textId="77777777" w:rsidR="00FB78F8" w:rsidRDefault="00000000">
            <w:r>
              <w:rPr>
                <w:b/>
              </w:rPr>
              <w:t>5. Ik herinner mezelf eraan…</w:t>
            </w:r>
            <w:r>
              <w:br/>
              <w:t>Een zin die mij helpt om het moment door te komen:</w:t>
            </w:r>
          </w:p>
          <w:p w14:paraId="24AEAC72" w14:textId="77777777" w:rsidR="00FB78F8" w:rsidRDefault="00000000">
            <w:r>
              <w:t>____________________________________________________________</w:t>
            </w:r>
          </w:p>
          <w:p w14:paraId="5C1A46B0" w14:textId="77777777" w:rsidR="00FB78F8" w:rsidRDefault="00000000">
            <w:r>
              <w:t>____________________________________________________________</w:t>
            </w:r>
          </w:p>
          <w:p w14:paraId="7716AD65" w14:textId="77777777" w:rsidR="00FB78F8" w:rsidRDefault="00000000">
            <w:r>
              <w:t>____________________________________________________________</w:t>
            </w:r>
          </w:p>
          <w:p w14:paraId="3C06E544" w14:textId="77777777" w:rsidR="00FB78F8" w:rsidRDefault="00000000">
            <w:r>
              <w:t>____________________________________________________________</w:t>
            </w:r>
          </w:p>
        </w:tc>
      </w:tr>
    </w:tbl>
    <w:p w14:paraId="71155990" w14:textId="77777777" w:rsidR="00FB78F8" w:rsidRDefault="00FB78F8"/>
    <w:tbl>
      <w:tblPr>
        <w:tblW w:w="0" w:type="auto"/>
        <w:jc w:val="center"/>
        <w:tblLook w:val="04A0" w:firstRow="1" w:lastRow="0" w:firstColumn="1" w:lastColumn="0" w:noHBand="0" w:noVBand="1"/>
      </w:tblPr>
      <w:tblGrid>
        <w:gridCol w:w="9746"/>
      </w:tblGrid>
      <w:tr w:rsidR="00FB78F8" w14:paraId="74AED4CA" w14:textId="77777777">
        <w:trPr>
          <w:jc w:val="center"/>
        </w:trPr>
        <w:tc>
          <w:tcPr>
            <w:tcW w:w="9746" w:type="dxa"/>
            <w:shd w:val="clear" w:color="auto" w:fill="F1E8E3"/>
            <w:vAlign w:val="center"/>
          </w:tcPr>
          <w:p w14:paraId="5B19DBBA" w14:textId="77777777" w:rsidR="00FB78F8" w:rsidRDefault="00000000">
            <w:r>
              <w:rPr>
                <w:b/>
              </w:rPr>
              <w:t>Als ik me niet veilig voel</w:t>
            </w:r>
            <w:r>
              <w:br/>
              <w:t>Wie kan ik direct inschakelen? Welke professionele hulp kan ik benaderen?</w:t>
            </w:r>
          </w:p>
          <w:p w14:paraId="0A0F5680" w14:textId="77777777" w:rsidR="00FB78F8" w:rsidRDefault="00000000">
            <w:r>
              <w:t>____________________________________________________________</w:t>
            </w:r>
          </w:p>
          <w:p w14:paraId="09761D82" w14:textId="77777777" w:rsidR="00FB78F8" w:rsidRDefault="00000000">
            <w:r>
              <w:t>____________________________________________________________</w:t>
            </w:r>
          </w:p>
          <w:p w14:paraId="1356AFC3" w14:textId="77777777" w:rsidR="00FB78F8" w:rsidRDefault="00000000">
            <w:r>
              <w:t>____________________________________________________________</w:t>
            </w:r>
          </w:p>
          <w:p w14:paraId="7FA193C4" w14:textId="77777777" w:rsidR="00FB78F8" w:rsidRDefault="00000000">
            <w:r>
              <w:t>____________________________________________________________</w:t>
            </w:r>
          </w:p>
        </w:tc>
      </w:tr>
    </w:tbl>
    <w:p w14:paraId="72263CB2" w14:textId="77777777" w:rsidR="00FB78F8" w:rsidRDefault="00FB78F8"/>
    <w:p w14:paraId="3FF3677C" w14:textId="77777777" w:rsidR="00FB78F8" w:rsidRDefault="00000000">
      <w:r>
        <w:br w:type="page"/>
      </w:r>
    </w:p>
    <w:p w14:paraId="77D5CC65" w14:textId="77777777" w:rsidR="00FB78F8" w:rsidRDefault="00000000">
      <w:pPr>
        <w:pStyle w:val="Kop1"/>
      </w:pPr>
      <w:r>
        <w:lastRenderedPageBreak/>
        <w:t>13. Mijn persoonlijk rouwplan</w:t>
      </w:r>
    </w:p>
    <w:p w14:paraId="600F426A" w14:textId="77777777" w:rsidR="00FB78F8" w:rsidRDefault="00000000">
      <w:r>
        <w:t>Gebruik deze pagina als samenvatting. Je kunt hem later opnieuw invullen.</w:t>
      </w:r>
    </w:p>
    <w:tbl>
      <w:tblPr>
        <w:tblW w:w="0" w:type="auto"/>
        <w:tblLook w:val="04A0" w:firstRow="1" w:lastRow="0" w:firstColumn="1" w:lastColumn="0" w:noHBand="0" w:noVBand="1"/>
      </w:tblPr>
      <w:tblGrid>
        <w:gridCol w:w="4873"/>
        <w:gridCol w:w="4873"/>
      </w:tblGrid>
      <w:tr w:rsidR="00FB78F8" w14:paraId="29EAEB63" w14:textId="77777777">
        <w:tc>
          <w:tcPr>
            <w:tcW w:w="4873" w:type="dxa"/>
            <w:shd w:val="clear" w:color="auto" w:fill="F1E8E3"/>
          </w:tcPr>
          <w:p w14:paraId="4473C2EF" w14:textId="77777777" w:rsidR="00FB78F8" w:rsidRDefault="00000000">
            <w:r>
              <w:t>Onderdeel</w:t>
            </w:r>
          </w:p>
        </w:tc>
        <w:tc>
          <w:tcPr>
            <w:tcW w:w="4873" w:type="dxa"/>
            <w:shd w:val="clear" w:color="auto" w:fill="F1E8E3"/>
          </w:tcPr>
          <w:p w14:paraId="280A3047" w14:textId="77777777" w:rsidR="00FB78F8" w:rsidRDefault="00000000">
            <w:r>
              <w:t>Mijn antwoord</w:t>
            </w:r>
          </w:p>
        </w:tc>
      </w:tr>
      <w:tr w:rsidR="00FB78F8" w14:paraId="42FF09AE" w14:textId="77777777">
        <w:tc>
          <w:tcPr>
            <w:tcW w:w="4873" w:type="dxa"/>
          </w:tcPr>
          <w:p w14:paraId="3454F567" w14:textId="77777777" w:rsidR="00FB78F8" w:rsidRDefault="00000000">
            <w:r>
              <w:t>Mijn verlies / wat er is veranderd</w:t>
            </w:r>
          </w:p>
        </w:tc>
        <w:tc>
          <w:tcPr>
            <w:tcW w:w="4873" w:type="dxa"/>
          </w:tcPr>
          <w:p w14:paraId="3A57525A" w14:textId="77777777" w:rsidR="00FB78F8" w:rsidRDefault="00000000">
            <w:r>
              <w:t>____________________________________________</w:t>
            </w:r>
            <w:r>
              <w:br/>
              <w:t>____________________________________________</w:t>
            </w:r>
          </w:p>
        </w:tc>
      </w:tr>
      <w:tr w:rsidR="00FB78F8" w14:paraId="4593586F" w14:textId="77777777">
        <w:tc>
          <w:tcPr>
            <w:tcW w:w="4873" w:type="dxa"/>
          </w:tcPr>
          <w:p w14:paraId="4D2340E3" w14:textId="77777777" w:rsidR="00FB78F8" w:rsidRDefault="00000000">
            <w:r>
              <w:t>Wat ik het meest mis</w:t>
            </w:r>
          </w:p>
        </w:tc>
        <w:tc>
          <w:tcPr>
            <w:tcW w:w="4873" w:type="dxa"/>
          </w:tcPr>
          <w:p w14:paraId="5C7D14C9" w14:textId="77777777" w:rsidR="00FB78F8" w:rsidRDefault="00000000">
            <w:r>
              <w:t>____________________________________________</w:t>
            </w:r>
            <w:r>
              <w:br/>
              <w:t>____________________________________________</w:t>
            </w:r>
          </w:p>
        </w:tc>
      </w:tr>
      <w:tr w:rsidR="00FB78F8" w14:paraId="70A09683" w14:textId="77777777">
        <w:tc>
          <w:tcPr>
            <w:tcW w:w="4873" w:type="dxa"/>
          </w:tcPr>
          <w:p w14:paraId="40B46601" w14:textId="77777777" w:rsidR="00FB78F8" w:rsidRDefault="00000000">
            <w:r>
              <w:t>Mijn belangrijkste emoties</w:t>
            </w:r>
          </w:p>
        </w:tc>
        <w:tc>
          <w:tcPr>
            <w:tcW w:w="4873" w:type="dxa"/>
          </w:tcPr>
          <w:p w14:paraId="63B9F95F" w14:textId="77777777" w:rsidR="00FB78F8" w:rsidRDefault="00000000">
            <w:r>
              <w:t>____________________________________________</w:t>
            </w:r>
            <w:r>
              <w:br/>
              <w:t>____________________________________________</w:t>
            </w:r>
          </w:p>
        </w:tc>
      </w:tr>
      <w:tr w:rsidR="00FB78F8" w14:paraId="74C9D270" w14:textId="77777777">
        <w:tc>
          <w:tcPr>
            <w:tcW w:w="4873" w:type="dxa"/>
          </w:tcPr>
          <w:p w14:paraId="5BBB1A19" w14:textId="77777777" w:rsidR="00FB78F8" w:rsidRDefault="00000000">
            <w:r>
              <w:t>Mijn belangrijkste triggers</w:t>
            </w:r>
          </w:p>
        </w:tc>
        <w:tc>
          <w:tcPr>
            <w:tcW w:w="4873" w:type="dxa"/>
          </w:tcPr>
          <w:p w14:paraId="33E50A53" w14:textId="77777777" w:rsidR="00FB78F8" w:rsidRDefault="00000000">
            <w:r>
              <w:t>____________________________________________</w:t>
            </w:r>
            <w:r>
              <w:br/>
              <w:t>____________________________________________</w:t>
            </w:r>
          </w:p>
        </w:tc>
      </w:tr>
      <w:tr w:rsidR="00FB78F8" w14:paraId="6433525D" w14:textId="77777777">
        <w:tc>
          <w:tcPr>
            <w:tcW w:w="4873" w:type="dxa"/>
          </w:tcPr>
          <w:p w14:paraId="7D9B0D0B" w14:textId="77777777" w:rsidR="00FB78F8" w:rsidRDefault="00000000">
            <w:r>
              <w:t>Wat mij helpt</w:t>
            </w:r>
          </w:p>
        </w:tc>
        <w:tc>
          <w:tcPr>
            <w:tcW w:w="4873" w:type="dxa"/>
          </w:tcPr>
          <w:p w14:paraId="405050AA" w14:textId="77777777" w:rsidR="00FB78F8" w:rsidRDefault="00000000">
            <w:r>
              <w:t>____________________________________________</w:t>
            </w:r>
            <w:r>
              <w:br/>
              <w:t>____________________________________________</w:t>
            </w:r>
          </w:p>
        </w:tc>
      </w:tr>
      <w:tr w:rsidR="00FB78F8" w14:paraId="3D88A6F4" w14:textId="77777777">
        <w:tc>
          <w:tcPr>
            <w:tcW w:w="4873" w:type="dxa"/>
          </w:tcPr>
          <w:p w14:paraId="1FEB9400" w14:textId="77777777" w:rsidR="00FB78F8" w:rsidRDefault="00000000">
            <w:r>
              <w:t>Wie mij steunt</w:t>
            </w:r>
          </w:p>
        </w:tc>
        <w:tc>
          <w:tcPr>
            <w:tcW w:w="4873" w:type="dxa"/>
          </w:tcPr>
          <w:p w14:paraId="2B999227" w14:textId="77777777" w:rsidR="00FB78F8" w:rsidRDefault="00000000">
            <w:r>
              <w:t>____________________________________________</w:t>
            </w:r>
            <w:r>
              <w:br/>
              <w:t>____________________________________________</w:t>
            </w:r>
          </w:p>
        </w:tc>
      </w:tr>
      <w:tr w:rsidR="00FB78F8" w14:paraId="4B9C6EA9" w14:textId="77777777">
        <w:tc>
          <w:tcPr>
            <w:tcW w:w="4873" w:type="dxa"/>
          </w:tcPr>
          <w:p w14:paraId="3E79AEBD" w14:textId="77777777" w:rsidR="00FB78F8" w:rsidRDefault="00000000">
            <w:r>
              <w:t>Wat ik mezelf wil toestaan</w:t>
            </w:r>
          </w:p>
        </w:tc>
        <w:tc>
          <w:tcPr>
            <w:tcW w:w="4873" w:type="dxa"/>
          </w:tcPr>
          <w:p w14:paraId="5D31692B" w14:textId="77777777" w:rsidR="00FB78F8" w:rsidRDefault="00000000">
            <w:r>
              <w:t>____________________________________________</w:t>
            </w:r>
            <w:r>
              <w:br/>
              <w:t>____________________________________________</w:t>
            </w:r>
          </w:p>
        </w:tc>
      </w:tr>
      <w:tr w:rsidR="00FB78F8" w14:paraId="72321909" w14:textId="77777777">
        <w:tc>
          <w:tcPr>
            <w:tcW w:w="4873" w:type="dxa"/>
          </w:tcPr>
          <w:p w14:paraId="4B4E33A4" w14:textId="77777777" w:rsidR="00FB78F8" w:rsidRDefault="00000000">
            <w:r>
              <w:t>Wat ik wil blijven meenemen</w:t>
            </w:r>
          </w:p>
        </w:tc>
        <w:tc>
          <w:tcPr>
            <w:tcW w:w="4873" w:type="dxa"/>
          </w:tcPr>
          <w:p w14:paraId="12200A26" w14:textId="77777777" w:rsidR="00FB78F8" w:rsidRDefault="00000000">
            <w:r>
              <w:t>____________________________________________</w:t>
            </w:r>
            <w:r>
              <w:br/>
              <w:t>____________________________________________</w:t>
            </w:r>
          </w:p>
        </w:tc>
      </w:tr>
      <w:tr w:rsidR="00FB78F8" w14:paraId="14D8BFF0" w14:textId="77777777">
        <w:tc>
          <w:tcPr>
            <w:tcW w:w="4873" w:type="dxa"/>
          </w:tcPr>
          <w:p w14:paraId="06F7682F" w14:textId="77777777" w:rsidR="00FB78F8" w:rsidRDefault="00000000">
            <w:r>
              <w:t>Mijn volgende kleine stap</w:t>
            </w:r>
          </w:p>
        </w:tc>
        <w:tc>
          <w:tcPr>
            <w:tcW w:w="4873" w:type="dxa"/>
          </w:tcPr>
          <w:p w14:paraId="5C647491" w14:textId="77777777" w:rsidR="00FB78F8" w:rsidRDefault="00000000">
            <w:r>
              <w:t>____________________________________________</w:t>
            </w:r>
            <w:r>
              <w:br/>
              <w:t>____________________________________________</w:t>
            </w:r>
          </w:p>
        </w:tc>
      </w:tr>
    </w:tbl>
    <w:p w14:paraId="5A4804D2" w14:textId="77777777" w:rsidR="00FB78F8" w:rsidRDefault="00000000">
      <w:r>
        <w:br w:type="page"/>
      </w:r>
    </w:p>
    <w:p w14:paraId="17EDD3B1" w14:textId="77777777" w:rsidR="00FB78F8" w:rsidRDefault="00000000">
      <w:pPr>
        <w:pStyle w:val="Kop1"/>
      </w:pPr>
      <w:r>
        <w:lastRenderedPageBreak/>
        <w:t>14. Terugkijken en vooruitkijken</w:t>
      </w:r>
    </w:p>
    <w:p w14:paraId="19DEFA41" w14:textId="77777777" w:rsidR="00FB78F8" w:rsidRDefault="00000000">
      <w:r>
        <w:t>Rouw verandert vaak. Niet doordat het verlies minder belangrijk wordt, maar doordat jij ermee leert leven.</w:t>
      </w:r>
    </w:p>
    <w:p w14:paraId="1A3357FF" w14:textId="77777777" w:rsidR="00FB78F8" w:rsidRDefault="00000000">
      <w:r>
        <w:rPr>
          <w:b/>
        </w:rPr>
        <w:t>Hoe zwaar voelt mijn rouw vandaag?</w:t>
      </w:r>
      <w:r>
        <w:rPr>
          <w:b/>
        </w:rPr>
        <w:br/>
      </w:r>
      <w:r>
        <w:t xml:space="preserve">  0   1   2   3   4   5   6   7   8   9   10</w:t>
      </w:r>
      <w:r>
        <w:br/>
        <w:t xml:space="preserve">  0 = weinig / niet   |   10 = heel veel / maximaal</w:t>
      </w:r>
    </w:p>
    <w:p w14:paraId="3EC396F2" w14:textId="77777777" w:rsidR="00FB78F8" w:rsidRDefault="00000000">
      <w:r>
        <w:rPr>
          <w:b/>
        </w:rPr>
        <w:t>Hoeveel ruimte heb ik voor mijn gewone leven?</w:t>
      </w:r>
      <w:r>
        <w:rPr>
          <w:b/>
        </w:rPr>
        <w:br/>
      </w:r>
      <w:r>
        <w:t xml:space="preserve">  0   1   2   3   4   5   6   7   8   9   10</w:t>
      </w:r>
      <w:r>
        <w:br/>
        <w:t xml:space="preserve">  0 = weinig / niet   |   10 = heel veel / maximaal</w:t>
      </w:r>
    </w:p>
    <w:tbl>
      <w:tblPr>
        <w:tblW w:w="0" w:type="auto"/>
        <w:jc w:val="center"/>
        <w:tblLook w:val="04A0" w:firstRow="1" w:lastRow="0" w:firstColumn="1" w:lastColumn="0" w:noHBand="0" w:noVBand="1"/>
      </w:tblPr>
      <w:tblGrid>
        <w:gridCol w:w="9746"/>
      </w:tblGrid>
      <w:tr w:rsidR="00FB78F8" w14:paraId="1EC37ADC" w14:textId="77777777">
        <w:trPr>
          <w:jc w:val="center"/>
        </w:trPr>
        <w:tc>
          <w:tcPr>
            <w:tcW w:w="9746" w:type="dxa"/>
            <w:shd w:val="clear" w:color="auto" w:fill="F1E8E3"/>
            <w:vAlign w:val="center"/>
          </w:tcPr>
          <w:p w14:paraId="70829C6D" w14:textId="77777777" w:rsidR="00FB78F8" w:rsidRDefault="00000000">
            <w:r>
              <w:rPr>
                <w:b/>
              </w:rPr>
              <w:t>Wat is veranderd sinds ik begon?</w:t>
            </w:r>
            <w:r>
              <w:br/>
              <w:t>Wat merk ik in mijn gevoelens, gedachten, lichaam of dagelijks leven?</w:t>
            </w:r>
          </w:p>
          <w:p w14:paraId="5DB7EB9F" w14:textId="77777777" w:rsidR="00FB78F8" w:rsidRDefault="00000000">
            <w:r>
              <w:t>____________________________________________________________</w:t>
            </w:r>
          </w:p>
          <w:p w14:paraId="73D70D7F" w14:textId="77777777" w:rsidR="00FB78F8" w:rsidRDefault="00000000">
            <w:r>
              <w:t>____________________________________________________________</w:t>
            </w:r>
          </w:p>
          <w:p w14:paraId="1C2DC011" w14:textId="77777777" w:rsidR="00FB78F8" w:rsidRDefault="00000000">
            <w:r>
              <w:t>____________________________________________________________</w:t>
            </w:r>
          </w:p>
          <w:p w14:paraId="222E1AA1" w14:textId="77777777" w:rsidR="00FB78F8" w:rsidRDefault="00000000">
            <w:r>
              <w:t>____________________________________________________________</w:t>
            </w:r>
          </w:p>
          <w:p w14:paraId="5DC04CC8" w14:textId="77777777" w:rsidR="00FB78F8" w:rsidRDefault="00000000">
            <w:r>
              <w:t>____________________________________________________________</w:t>
            </w:r>
          </w:p>
          <w:p w14:paraId="354E7AA2" w14:textId="77777777" w:rsidR="00FB78F8" w:rsidRDefault="00000000">
            <w:r>
              <w:t>____________________________________________________________</w:t>
            </w:r>
          </w:p>
        </w:tc>
      </w:tr>
    </w:tbl>
    <w:p w14:paraId="4C4D13E0" w14:textId="77777777" w:rsidR="00FB78F8" w:rsidRDefault="00FB78F8"/>
    <w:tbl>
      <w:tblPr>
        <w:tblW w:w="0" w:type="auto"/>
        <w:jc w:val="center"/>
        <w:tblLook w:val="04A0" w:firstRow="1" w:lastRow="0" w:firstColumn="1" w:lastColumn="0" w:noHBand="0" w:noVBand="1"/>
      </w:tblPr>
      <w:tblGrid>
        <w:gridCol w:w="9746"/>
      </w:tblGrid>
      <w:tr w:rsidR="00FB78F8" w14:paraId="4C187F98" w14:textId="77777777">
        <w:trPr>
          <w:jc w:val="center"/>
        </w:trPr>
        <w:tc>
          <w:tcPr>
            <w:tcW w:w="9746" w:type="dxa"/>
            <w:shd w:val="clear" w:color="auto" w:fill="F1E8E3"/>
            <w:vAlign w:val="center"/>
          </w:tcPr>
          <w:p w14:paraId="44005CEE" w14:textId="77777777" w:rsidR="00FB78F8" w:rsidRDefault="00000000">
            <w:r>
              <w:rPr>
                <w:b/>
              </w:rPr>
              <w:t>Wat heb ik over mezelf geleerd?</w:t>
            </w:r>
            <w:r>
              <w:br/>
              <w:t>Wat weet ik nu over wat ik nodig heb?</w:t>
            </w:r>
          </w:p>
          <w:p w14:paraId="5CF9E728" w14:textId="77777777" w:rsidR="00FB78F8" w:rsidRDefault="00000000">
            <w:r>
              <w:t>____________________________________________________________</w:t>
            </w:r>
          </w:p>
          <w:p w14:paraId="7A25DB6B" w14:textId="77777777" w:rsidR="00FB78F8" w:rsidRDefault="00000000">
            <w:r>
              <w:t>____________________________________________________________</w:t>
            </w:r>
          </w:p>
          <w:p w14:paraId="195F9BAC" w14:textId="77777777" w:rsidR="00FB78F8" w:rsidRDefault="00000000">
            <w:r>
              <w:t>____________________________________________________________</w:t>
            </w:r>
          </w:p>
          <w:p w14:paraId="03E3DC72" w14:textId="77777777" w:rsidR="00FB78F8" w:rsidRDefault="00000000">
            <w:r>
              <w:t>____________________________________________________________</w:t>
            </w:r>
          </w:p>
          <w:p w14:paraId="578CB56A" w14:textId="77777777" w:rsidR="00FB78F8" w:rsidRDefault="00000000">
            <w:r>
              <w:t>____________________________________________________________</w:t>
            </w:r>
          </w:p>
        </w:tc>
      </w:tr>
    </w:tbl>
    <w:p w14:paraId="62E3CD1F" w14:textId="77777777" w:rsidR="00FB78F8" w:rsidRDefault="00FB78F8"/>
    <w:tbl>
      <w:tblPr>
        <w:tblW w:w="0" w:type="auto"/>
        <w:jc w:val="center"/>
        <w:tblLook w:val="04A0" w:firstRow="1" w:lastRow="0" w:firstColumn="1" w:lastColumn="0" w:noHBand="0" w:noVBand="1"/>
      </w:tblPr>
      <w:tblGrid>
        <w:gridCol w:w="9746"/>
      </w:tblGrid>
      <w:tr w:rsidR="00FB78F8" w14:paraId="29089F7C" w14:textId="77777777">
        <w:trPr>
          <w:jc w:val="center"/>
        </w:trPr>
        <w:tc>
          <w:tcPr>
            <w:tcW w:w="9746" w:type="dxa"/>
            <w:shd w:val="clear" w:color="auto" w:fill="F1E8E3"/>
            <w:vAlign w:val="center"/>
          </w:tcPr>
          <w:p w14:paraId="58411579" w14:textId="77777777" w:rsidR="00FB78F8" w:rsidRDefault="00000000">
            <w:r>
              <w:rPr>
                <w:b/>
              </w:rPr>
              <w:t>Waar wil ik de komende periode aandacht aan geven?</w:t>
            </w:r>
            <w:r>
              <w:br/>
              <w:t>Kies maximaal drie dingen.</w:t>
            </w:r>
          </w:p>
          <w:p w14:paraId="53E19C6C" w14:textId="77777777" w:rsidR="00FB78F8" w:rsidRDefault="00000000">
            <w:r>
              <w:t>____________________________________________________________</w:t>
            </w:r>
          </w:p>
          <w:p w14:paraId="113AB06E" w14:textId="77777777" w:rsidR="00FB78F8" w:rsidRDefault="00000000">
            <w:r>
              <w:t>____________________________________________________________</w:t>
            </w:r>
          </w:p>
          <w:p w14:paraId="138F3398" w14:textId="77777777" w:rsidR="00FB78F8" w:rsidRDefault="00000000">
            <w:r>
              <w:t>____________________________________________________________</w:t>
            </w:r>
          </w:p>
          <w:p w14:paraId="77BB1A91" w14:textId="77777777" w:rsidR="00FB78F8" w:rsidRDefault="00000000">
            <w:r>
              <w:lastRenderedPageBreak/>
              <w:t>____________________________________________________________</w:t>
            </w:r>
          </w:p>
          <w:p w14:paraId="5FF73066" w14:textId="77777777" w:rsidR="00FB78F8" w:rsidRDefault="00000000">
            <w:r>
              <w:t>____________________________________________________________</w:t>
            </w:r>
          </w:p>
        </w:tc>
      </w:tr>
    </w:tbl>
    <w:p w14:paraId="4ADB1723" w14:textId="77777777" w:rsidR="00FB78F8" w:rsidRDefault="00FB78F8"/>
    <w:tbl>
      <w:tblPr>
        <w:tblW w:w="0" w:type="auto"/>
        <w:jc w:val="center"/>
        <w:tblLook w:val="04A0" w:firstRow="1" w:lastRow="0" w:firstColumn="1" w:lastColumn="0" w:noHBand="0" w:noVBand="1"/>
      </w:tblPr>
      <w:tblGrid>
        <w:gridCol w:w="9746"/>
      </w:tblGrid>
      <w:tr w:rsidR="00FB78F8" w14:paraId="3EC26046" w14:textId="77777777">
        <w:trPr>
          <w:jc w:val="center"/>
        </w:trPr>
        <w:tc>
          <w:tcPr>
            <w:tcW w:w="9746" w:type="dxa"/>
            <w:shd w:val="clear" w:color="auto" w:fill="F1E8E3"/>
            <w:vAlign w:val="center"/>
          </w:tcPr>
          <w:p w14:paraId="5213714E" w14:textId="77777777" w:rsidR="00FB78F8" w:rsidRDefault="00000000">
            <w:r>
              <w:rPr>
                <w:b/>
              </w:rPr>
              <w:t>Een zin voor mezelf</w:t>
            </w:r>
            <w:r>
              <w:br/>
              <w:t>Welke zin wil je meenemen uit dit werkboek?</w:t>
            </w:r>
          </w:p>
          <w:p w14:paraId="4EEEA423" w14:textId="77777777" w:rsidR="00FB78F8" w:rsidRDefault="00000000">
            <w:r>
              <w:t>____________________________________________________________</w:t>
            </w:r>
          </w:p>
          <w:p w14:paraId="341BB4A6" w14:textId="77777777" w:rsidR="00FB78F8" w:rsidRDefault="00000000">
            <w:r>
              <w:t>____________________________________________________________</w:t>
            </w:r>
          </w:p>
          <w:p w14:paraId="25EE074B" w14:textId="77777777" w:rsidR="00FB78F8" w:rsidRDefault="00000000">
            <w:r>
              <w:t>____________________________________________________________</w:t>
            </w:r>
          </w:p>
          <w:p w14:paraId="379A8A8F" w14:textId="77777777" w:rsidR="00FB78F8" w:rsidRDefault="00000000">
            <w:r>
              <w:t>____________________________________________________________</w:t>
            </w:r>
          </w:p>
        </w:tc>
      </w:tr>
    </w:tbl>
    <w:p w14:paraId="41F42C7B" w14:textId="77777777" w:rsidR="00FB78F8" w:rsidRDefault="00FB78F8"/>
    <w:p w14:paraId="4F5B365C" w14:textId="77777777" w:rsidR="00FB78F8" w:rsidRDefault="00000000">
      <w:r>
        <w:br w:type="page"/>
      </w:r>
    </w:p>
    <w:p w14:paraId="794152CA" w14:textId="77777777" w:rsidR="00FB78F8" w:rsidRDefault="00000000">
      <w:pPr>
        <w:pStyle w:val="Kop1"/>
      </w:pPr>
      <w:r>
        <w:lastRenderedPageBreak/>
        <w:t>Tot slot</w:t>
      </w:r>
    </w:p>
    <w:p w14:paraId="5A121AC0" w14:textId="77777777" w:rsidR="00FB78F8" w:rsidRDefault="00000000">
      <w:r>
        <w:t>Je hoeft niet 'over' je verlies heen. Je mag leren hoe je ermee verder leeft. Soms betekent dat huilen. Soms lachen. Soms doorgaan. Soms stilstaan. En soms betekent het simpelweg: vandaag opnieuw beginnen.</w:t>
      </w:r>
    </w:p>
    <w:tbl>
      <w:tblPr>
        <w:tblW w:w="0" w:type="auto"/>
        <w:jc w:val="center"/>
        <w:tblLook w:val="04A0" w:firstRow="1" w:lastRow="0" w:firstColumn="1" w:lastColumn="0" w:noHBand="0" w:noVBand="1"/>
      </w:tblPr>
      <w:tblGrid>
        <w:gridCol w:w="9746"/>
      </w:tblGrid>
      <w:tr w:rsidR="00FB78F8" w14:paraId="062FE5F0" w14:textId="77777777">
        <w:trPr>
          <w:jc w:val="center"/>
        </w:trPr>
        <w:tc>
          <w:tcPr>
            <w:tcW w:w="9746" w:type="dxa"/>
            <w:shd w:val="clear" w:color="auto" w:fill="F1E8E3"/>
            <w:vAlign w:val="center"/>
          </w:tcPr>
          <w:p w14:paraId="03990BE6" w14:textId="77777777" w:rsidR="00FB78F8" w:rsidRDefault="00000000">
            <w:r>
              <w:rPr>
                <w:b/>
              </w:rPr>
              <w:t>Wat wil ik mezelf vanaf nu meegeven?</w:t>
            </w:r>
            <w:r>
              <w:br/>
            </w:r>
          </w:p>
          <w:p w14:paraId="216A295C" w14:textId="77777777" w:rsidR="00FB78F8" w:rsidRDefault="00000000">
            <w:r>
              <w:t>____________________________________________________________</w:t>
            </w:r>
          </w:p>
          <w:p w14:paraId="00C167BF" w14:textId="77777777" w:rsidR="00FB78F8" w:rsidRDefault="00000000">
            <w:r>
              <w:t>____________________________________________________________</w:t>
            </w:r>
          </w:p>
          <w:p w14:paraId="16B5BC24" w14:textId="77777777" w:rsidR="00FB78F8" w:rsidRDefault="00000000">
            <w:r>
              <w:t>____________________________________________________________</w:t>
            </w:r>
          </w:p>
          <w:p w14:paraId="54FF7BEF" w14:textId="77777777" w:rsidR="00FB78F8" w:rsidRDefault="00000000">
            <w:r>
              <w:t>____________________________________________________________</w:t>
            </w:r>
          </w:p>
          <w:p w14:paraId="68425068" w14:textId="77777777" w:rsidR="00FB78F8" w:rsidRDefault="00000000">
            <w:r>
              <w:t>____________________________________________________________</w:t>
            </w:r>
          </w:p>
          <w:p w14:paraId="5313A05D" w14:textId="77777777" w:rsidR="00FB78F8" w:rsidRDefault="00000000">
            <w:r>
              <w:t>____________________________________________________________</w:t>
            </w:r>
          </w:p>
          <w:p w14:paraId="32FBEFEB" w14:textId="77777777" w:rsidR="00FB78F8" w:rsidRDefault="00000000">
            <w:r>
              <w:t>____________________________________________________________</w:t>
            </w:r>
          </w:p>
        </w:tc>
      </w:tr>
    </w:tbl>
    <w:p w14:paraId="7694DA50" w14:textId="77777777" w:rsidR="00FB78F8" w:rsidRDefault="00FB78F8"/>
    <w:p w14:paraId="47881CC2" w14:textId="77777777" w:rsidR="00FB78F8" w:rsidRDefault="00000000">
      <w:r>
        <w:br/>
      </w:r>
    </w:p>
    <w:p w14:paraId="4BC41551" w14:textId="77777777" w:rsidR="00FB78F8" w:rsidRDefault="00000000">
      <w:pPr>
        <w:jc w:val="center"/>
      </w:pPr>
      <w:r>
        <w:rPr>
          <w:b/>
          <w:sz w:val="28"/>
        </w:rPr>
        <w:t>Rouw heeft geen deadline.</w:t>
      </w:r>
    </w:p>
    <w:sectPr w:rsidR="00FB78F8"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2BD2" w14:textId="77777777" w:rsidR="00B34B7D" w:rsidRDefault="00B34B7D">
      <w:pPr>
        <w:spacing w:after="0" w:line="240" w:lineRule="auto"/>
      </w:pPr>
      <w:r>
        <w:separator/>
      </w:r>
    </w:p>
  </w:endnote>
  <w:endnote w:type="continuationSeparator" w:id="0">
    <w:p w14:paraId="2C0C770E" w14:textId="77777777" w:rsidR="00B34B7D" w:rsidRDefault="00B34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1EC2" w14:textId="77777777" w:rsidR="00FB78F8" w:rsidRDefault="00000000">
    <w:pPr>
      <w:pStyle w:val="Voettekst"/>
      <w:jc w:val="center"/>
    </w:pPr>
    <w:proofErr w:type="spellStart"/>
    <w:r>
      <w:rPr>
        <w:i/>
      </w:rPr>
      <w:t>Werkboek</w:t>
    </w:r>
    <w:proofErr w:type="spellEnd"/>
    <w:r>
      <w:rPr>
        <w:i/>
      </w:rPr>
      <w:t xml:space="preserve"> Rouw &amp; </w:t>
    </w:r>
    <w:proofErr w:type="spellStart"/>
    <w:r>
      <w:rPr>
        <w:i/>
      </w:rPr>
      <w:t>Verlies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7023F" w14:textId="77777777" w:rsidR="00B34B7D" w:rsidRDefault="00B34B7D">
      <w:pPr>
        <w:spacing w:after="0" w:line="240" w:lineRule="auto"/>
      </w:pPr>
      <w:r>
        <w:separator/>
      </w:r>
    </w:p>
  </w:footnote>
  <w:footnote w:type="continuationSeparator" w:id="0">
    <w:p w14:paraId="37AA486B" w14:textId="77777777" w:rsidR="00B34B7D" w:rsidRDefault="00B34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778181234">
    <w:abstractNumId w:val="8"/>
  </w:num>
  <w:num w:numId="2" w16cid:durableId="215430514">
    <w:abstractNumId w:val="6"/>
  </w:num>
  <w:num w:numId="3" w16cid:durableId="1036270815">
    <w:abstractNumId w:val="5"/>
  </w:num>
  <w:num w:numId="4" w16cid:durableId="836264314">
    <w:abstractNumId w:val="4"/>
  </w:num>
  <w:num w:numId="5" w16cid:durableId="492531013">
    <w:abstractNumId w:val="7"/>
  </w:num>
  <w:num w:numId="6" w16cid:durableId="1169566547">
    <w:abstractNumId w:val="3"/>
  </w:num>
  <w:num w:numId="7" w16cid:durableId="36588931">
    <w:abstractNumId w:val="2"/>
  </w:num>
  <w:num w:numId="8" w16cid:durableId="422264232">
    <w:abstractNumId w:val="1"/>
  </w:num>
  <w:num w:numId="9" w16cid:durableId="45648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6BD0"/>
    <w:rsid w:val="0029639D"/>
    <w:rsid w:val="00326F90"/>
    <w:rsid w:val="00AA1D8D"/>
    <w:rsid w:val="00B34B7D"/>
    <w:rsid w:val="00B47730"/>
    <w:rsid w:val="00CB0664"/>
    <w:rsid w:val="00CE4361"/>
    <w:rsid w:val="00FB78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39D6FF"/>
  <w14:defaultImageDpi w14:val="300"/>
  <w15:docId w15:val="{30C3AF0D-BD48-4D09-9365-6246D4D9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6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3892</Words>
  <Characters>21406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Corina Akkermans</cp:lastModifiedBy>
  <cp:revision>2</cp:revision>
  <dcterms:created xsi:type="dcterms:W3CDTF">2026-09-29T12:37:00Z</dcterms:created>
  <dcterms:modified xsi:type="dcterms:W3CDTF">2026-09-29T12:37:00Z</dcterms:modified>
  <cp:category/>
</cp:coreProperties>
</file>